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C69" w:rsidRPr="00AF087A" w:rsidRDefault="00AF087A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87A">
        <w:rPr>
          <w:rFonts w:ascii="Times New Roman" w:hAnsi="Times New Roman" w:cs="Times New Roman"/>
          <w:b/>
          <w:sz w:val="28"/>
          <w:szCs w:val="28"/>
        </w:rPr>
        <w:t>C</w:t>
      </w:r>
      <w:r w:rsidRPr="00AF087A">
        <w:rPr>
          <w:rFonts w:ascii="Times New Roman" w:hAnsi="Times New Roman" w:cs="Times New Roman"/>
          <w:b/>
          <w:sz w:val="28"/>
          <w:szCs w:val="28"/>
        </w:rPr>
        <w:t>Ộ</w:t>
      </w:r>
      <w:r w:rsidRPr="00AF087A">
        <w:rPr>
          <w:rFonts w:ascii="Times New Roman" w:hAnsi="Times New Roman" w:cs="Times New Roman"/>
          <w:b/>
          <w:sz w:val="28"/>
          <w:szCs w:val="28"/>
        </w:rPr>
        <w:t>NG HÒA XÃ H</w:t>
      </w:r>
      <w:r w:rsidRPr="00AF087A">
        <w:rPr>
          <w:rFonts w:ascii="Times New Roman" w:hAnsi="Times New Roman" w:cs="Times New Roman"/>
          <w:b/>
          <w:sz w:val="28"/>
          <w:szCs w:val="28"/>
        </w:rPr>
        <w:t>Ộ</w:t>
      </w:r>
      <w:r w:rsidRPr="00AF087A">
        <w:rPr>
          <w:rFonts w:ascii="Times New Roman" w:hAnsi="Times New Roman" w:cs="Times New Roman"/>
          <w:b/>
          <w:sz w:val="28"/>
          <w:szCs w:val="28"/>
        </w:rPr>
        <w:t>I CH</w:t>
      </w:r>
      <w:r w:rsidRPr="00AF087A">
        <w:rPr>
          <w:rFonts w:ascii="Times New Roman" w:hAnsi="Times New Roman" w:cs="Times New Roman"/>
          <w:b/>
          <w:sz w:val="28"/>
          <w:szCs w:val="28"/>
        </w:rPr>
        <w:t>Ủ</w:t>
      </w:r>
      <w:r w:rsidRPr="00AF087A">
        <w:rPr>
          <w:rFonts w:ascii="Times New Roman" w:hAnsi="Times New Roman" w:cs="Times New Roman"/>
          <w:b/>
          <w:sz w:val="28"/>
          <w:szCs w:val="28"/>
        </w:rPr>
        <w:t xml:space="preserve"> NGHĨA VI</w:t>
      </w:r>
      <w:r w:rsidRPr="00AF087A">
        <w:rPr>
          <w:rFonts w:ascii="Times New Roman" w:hAnsi="Times New Roman" w:cs="Times New Roman"/>
          <w:b/>
          <w:sz w:val="28"/>
          <w:szCs w:val="28"/>
        </w:rPr>
        <w:t>Ệ</w:t>
      </w:r>
      <w:r w:rsidRPr="00AF087A">
        <w:rPr>
          <w:rFonts w:ascii="Times New Roman" w:hAnsi="Times New Roman" w:cs="Times New Roman"/>
          <w:b/>
          <w:sz w:val="28"/>
          <w:szCs w:val="28"/>
        </w:rPr>
        <w:t>T NAM</w:t>
      </w:r>
      <w:r w:rsidRPr="00AF087A">
        <w:rPr>
          <w:rFonts w:ascii="Times New Roman" w:hAnsi="Times New Roman" w:cs="Times New Roman"/>
          <w:b/>
          <w:sz w:val="28"/>
          <w:szCs w:val="28"/>
        </w:rPr>
        <w:br/>
      </w:r>
      <w:r w:rsidRPr="00AF087A">
        <w:rPr>
          <w:rFonts w:ascii="Times New Roman" w:hAnsi="Times New Roman" w:cs="Times New Roman"/>
          <w:b/>
          <w:sz w:val="28"/>
          <w:szCs w:val="28"/>
          <w:u w:val="single"/>
        </w:rPr>
        <w:t>Đ</w:t>
      </w:r>
      <w:r w:rsidRPr="00AF087A">
        <w:rPr>
          <w:rFonts w:ascii="Times New Roman" w:hAnsi="Times New Roman" w:cs="Times New Roman"/>
          <w:b/>
          <w:sz w:val="28"/>
          <w:szCs w:val="28"/>
          <w:u w:val="single"/>
        </w:rPr>
        <w:t>ộ</w:t>
      </w:r>
      <w:r w:rsidRPr="00AF087A">
        <w:rPr>
          <w:rFonts w:ascii="Times New Roman" w:hAnsi="Times New Roman" w:cs="Times New Roman"/>
          <w:b/>
          <w:sz w:val="28"/>
          <w:szCs w:val="28"/>
          <w:u w:val="single"/>
        </w:rPr>
        <w:t>c l</w:t>
      </w:r>
      <w:r w:rsidRPr="00AF087A">
        <w:rPr>
          <w:rFonts w:ascii="Times New Roman" w:hAnsi="Times New Roman" w:cs="Times New Roman"/>
          <w:b/>
          <w:sz w:val="28"/>
          <w:szCs w:val="28"/>
          <w:u w:val="single"/>
        </w:rPr>
        <w:t>ậ</w:t>
      </w:r>
      <w:r w:rsidRPr="00AF087A">
        <w:rPr>
          <w:rFonts w:ascii="Times New Roman" w:hAnsi="Times New Roman" w:cs="Times New Roman"/>
          <w:b/>
          <w:sz w:val="28"/>
          <w:szCs w:val="28"/>
          <w:u w:val="single"/>
        </w:rPr>
        <w:t>p – T</w:t>
      </w:r>
      <w:r w:rsidRPr="00AF087A">
        <w:rPr>
          <w:rFonts w:ascii="Times New Roman" w:hAnsi="Times New Roman" w:cs="Times New Roman"/>
          <w:b/>
          <w:sz w:val="28"/>
          <w:szCs w:val="28"/>
          <w:u w:val="single"/>
        </w:rPr>
        <w:t>ự</w:t>
      </w:r>
      <w:r w:rsidRPr="00AF087A">
        <w:rPr>
          <w:rFonts w:ascii="Times New Roman" w:hAnsi="Times New Roman" w:cs="Times New Roman"/>
          <w:b/>
          <w:sz w:val="28"/>
          <w:szCs w:val="28"/>
          <w:u w:val="single"/>
        </w:rPr>
        <w:t xml:space="preserve"> do – H</w:t>
      </w:r>
      <w:r w:rsidRPr="00AF087A">
        <w:rPr>
          <w:rFonts w:ascii="Times New Roman" w:hAnsi="Times New Roman" w:cs="Times New Roman"/>
          <w:b/>
          <w:sz w:val="28"/>
          <w:szCs w:val="28"/>
          <w:u w:val="single"/>
        </w:rPr>
        <w:t>ạ</w:t>
      </w:r>
      <w:r w:rsidRPr="00AF087A">
        <w:rPr>
          <w:rFonts w:ascii="Times New Roman" w:hAnsi="Times New Roman" w:cs="Times New Roman"/>
          <w:b/>
          <w:sz w:val="28"/>
          <w:szCs w:val="28"/>
          <w:u w:val="single"/>
        </w:rPr>
        <w:t>nh phúc</w:t>
      </w:r>
    </w:p>
    <w:p w:rsidR="00783C69" w:rsidRPr="00AF087A" w:rsidRDefault="00783C69">
      <w:pPr>
        <w:rPr>
          <w:rFonts w:ascii="Times New Roman" w:hAnsi="Times New Roman" w:cs="Times New Roman"/>
        </w:rPr>
      </w:pPr>
    </w:p>
    <w:p w:rsidR="00783C69" w:rsidRPr="00AF087A" w:rsidRDefault="00AF087A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87A">
        <w:rPr>
          <w:rFonts w:ascii="Times New Roman" w:hAnsi="Times New Roman" w:cs="Times New Roman"/>
          <w:b/>
          <w:sz w:val="28"/>
          <w:szCs w:val="28"/>
        </w:rPr>
        <w:t>ĐƠN ĐĂNG KÝ THAM GIA KHÓA H</w:t>
      </w:r>
      <w:r w:rsidRPr="00AF087A">
        <w:rPr>
          <w:rFonts w:ascii="Times New Roman" w:hAnsi="Times New Roman" w:cs="Times New Roman"/>
          <w:b/>
          <w:sz w:val="28"/>
          <w:szCs w:val="28"/>
        </w:rPr>
        <w:t>Ọ</w:t>
      </w:r>
      <w:r w:rsidRPr="00AF087A">
        <w:rPr>
          <w:rFonts w:ascii="Times New Roman" w:hAnsi="Times New Roman" w:cs="Times New Roman"/>
          <w:b/>
          <w:sz w:val="28"/>
          <w:szCs w:val="28"/>
        </w:rPr>
        <w:t>C</w:t>
      </w:r>
    </w:p>
    <w:p w:rsidR="00783C69" w:rsidRPr="00AF087A" w:rsidRDefault="00783C69">
      <w:pPr>
        <w:rPr>
          <w:rFonts w:ascii="Times New Roman" w:hAnsi="Times New Roman" w:cs="Times New Roman"/>
        </w:rPr>
      </w:pPr>
    </w:p>
    <w:p w:rsidR="00783C69" w:rsidRPr="00AF087A" w:rsidRDefault="00AF087A" w:rsidP="00AF087A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087A">
        <w:rPr>
          <w:rFonts w:ascii="Times New Roman" w:hAnsi="Times New Roman" w:cs="Times New Roman"/>
          <w:sz w:val="28"/>
          <w:szCs w:val="28"/>
        </w:rPr>
        <w:t>Kính g</w:t>
      </w:r>
      <w:r w:rsidRPr="00AF087A">
        <w:rPr>
          <w:rFonts w:ascii="Times New Roman" w:hAnsi="Times New Roman" w:cs="Times New Roman"/>
          <w:sz w:val="28"/>
          <w:szCs w:val="28"/>
        </w:rPr>
        <w:t>ử</w:t>
      </w:r>
      <w:r w:rsidRPr="00AF087A">
        <w:rPr>
          <w:rFonts w:ascii="Times New Roman" w:hAnsi="Times New Roman" w:cs="Times New Roman"/>
          <w:sz w:val="28"/>
          <w:szCs w:val="28"/>
        </w:rPr>
        <w:t xml:space="preserve">i: </w:t>
      </w:r>
      <w:r w:rsidRPr="00AF087A">
        <w:rPr>
          <w:rFonts w:ascii="Times New Roman" w:hAnsi="Times New Roman" w:cs="Times New Roman"/>
          <w:b/>
          <w:sz w:val="28"/>
          <w:szCs w:val="28"/>
        </w:rPr>
        <w:t>Giám đ</w:t>
      </w:r>
      <w:r w:rsidRPr="00AF087A">
        <w:rPr>
          <w:rFonts w:ascii="Times New Roman" w:hAnsi="Times New Roman" w:cs="Times New Roman"/>
          <w:b/>
          <w:sz w:val="28"/>
          <w:szCs w:val="28"/>
        </w:rPr>
        <w:t>ố</w:t>
      </w:r>
      <w:r w:rsidRPr="00AF087A">
        <w:rPr>
          <w:rFonts w:ascii="Times New Roman" w:hAnsi="Times New Roman" w:cs="Times New Roman"/>
          <w:b/>
          <w:sz w:val="28"/>
          <w:szCs w:val="28"/>
        </w:rPr>
        <w:t>c H</w:t>
      </w:r>
      <w:r w:rsidRPr="00AF087A">
        <w:rPr>
          <w:rFonts w:ascii="Times New Roman" w:hAnsi="Times New Roman" w:cs="Times New Roman"/>
          <w:b/>
          <w:sz w:val="28"/>
          <w:szCs w:val="28"/>
        </w:rPr>
        <w:t>ọ</w:t>
      </w:r>
      <w:r w:rsidRPr="00AF087A">
        <w:rPr>
          <w:rFonts w:ascii="Times New Roman" w:hAnsi="Times New Roman" w:cs="Times New Roman"/>
          <w:b/>
          <w:sz w:val="28"/>
          <w:szCs w:val="28"/>
        </w:rPr>
        <w:t>c vi</w:t>
      </w:r>
      <w:r w:rsidRPr="00AF087A">
        <w:rPr>
          <w:rFonts w:ascii="Times New Roman" w:hAnsi="Times New Roman" w:cs="Times New Roman"/>
          <w:b/>
          <w:sz w:val="28"/>
          <w:szCs w:val="28"/>
        </w:rPr>
        <w:t>ệ</w:t>
      </w:r>
      <w:r w:rsidRPr="00AF087A">
        <w:rPr>
          <w:rFonts w:ascii="Times New Roman" w:hAnsi="Times New Roman" w:cs="Times New Roman"/>
          <w:b/>
          <w:sz w:val="28"/>
          <w:szCs w:val="28"/>
        </w:rPr>
        <w:t>n Cán b</w:t>
      </w:r>
      <w:r w:rsidRPr="00AF087A">
        <w:rPr>
          <w:rFonts w:ascii="Times New Roman" w:hAnsi="Times New Roman" w:cs="Times New Roman"/>
          <w:b/>
          <w:sz w:val="28"/>
          <w:szCs w:val="28"/>
        </w:rPr>
        <w:t>ộ</w:t>
      </w:r>
      <w:r w:rsidRPr="00AF087A">
        <w:rPr>
          <w:rFonts w:ascii="Times New Roman" w:hAnsi="Times New Roman" w:cs="Times New Roman"/>
          <w:b/>
          <w:sz w:val="28"/>
          <w:szCs w:val="28"/>
        </w:rPr>
        <w:t xml:space="preserve"> Thành ph</w:t>
      </w:r>
      <w:r w:rsidRPr="00AF087A">
        <w:rPr>
          <w:rFonts w:ascii="Times New Roman" w:hAnsi="Times New Roman" w:cs="Times New Roman"/>
          <w:b/>
          <w:sz w:val="28"/>
          <w:szCs w:val="28"/>
        </w:rPr>
        <w:t>ố</w:t>
      </w:r>
      <w:r w:rsidRPr="00AF087A">
        <w:rPr>
          <w:rFonts w:ascii="Times New Roman" w:hAnsi="Times New Roman" w:cs="Times New Roman"/>
          <w:b/>
          <w:sz w:val="28"/>
          <w:szCs w:val="28"/>
        </w:rPr>
        <w:t xml:space="preserve"> H</w:t>
      </w:r>
      <w:r w:rsidRPr="00AF087A">
        <w:rPr>
          <w:rFonts w:ascii="Times New Roman" w:hAnsi="Times New Roman" w:cs="Times New Roman"/>
          <w:b/>
          <w:sz w:val="28"/>
          <w:szCs w:val="28"/>
        </w:rPr>
        <w:t>ồ</w:t>
      </w:r>
      <w:r w:rsidRPr="00AF087A">
        <w:rPr>
          <w:rFonts w:ascii="Times New Roman" w:hAnsi="Times New Roman" w:cs="Times New Roman"/>
          <w:b/>
          <w:sz w:val="28"/>
          <w:szCs w:val="28"/>
        </w:rPr>
        <w:t xml:space="preserve"> Chí Minh.</w:t>
      </w:r>
    </w:p>
    <w:p w:rsidR="00AF087A" w:rsidRPr="00AF087A" w:rsidRDefault="00AF087A" w:rsidP="00AF087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83C69" w:rsidRPr="00AF087A" w:rsidRDefault="00AF087A" w:rsidP="00AF087A">
      <w:pPr>
        <w:jc w:val="both"/>
        <w:rPr>
          <w:rFonts w:ascii="Times New Roman" w:hAnsi="Times New Roman" w:cs="Times New Roman"/>
          <w:sz w:val="28"/>
          <w:szCs w:val="28"/>
        </w:rPr>
      </w:pPr>
      <w:r w:rsidRPr="00AF087A">
        <w:rPr>
          <w:rFonts w:ascii="Times New Roman" w:hAnsi="Times New Roman" w:cs="Times New Roman"/>
          <w:sz w:val="28"/>
          <w:szCs w:val="28"/>
        </w:rPr>
        <w:t>Tôi tên: ..............................................................</w:t>
      </w:r>
    </w:p>
    <w:p w:rsidR="00783C69" w:rsidRPr="00AF087A" w:rsidRDefault="00AF087A" w:rsidP="00AF087A">
      <w:pPr>
        <w:jc w:val="both"/>
        <w:rPr>
          <w:rFonts w:ascii="Times New Roman" w:hAnsi="Times New Roman" w:cs="Times New Roman"/>
          <w:sz w:val="28"/>
          <w:szCs w:val="28"/>
        </w:rPr>
      </w:pPr>
      <w:r w:rsidRPr="00AF087A">
        <w:rPr>
          <w:rFonts w:ascii="Times New Roman" w:hAnsi="Times New Roman" w:cs="Times New Roman"/>
          <w:sz w:val="28"/>
          <w:szCs w:val="28"/>
        </w:rPr>
        <w:t xml:space="preserve">Ngày sinh: </w:t>
      </w:r>
      <w:r w:rsidRPr="00AF087A">
        <w:rPr>
          <w:rFonts w:ascii="Times New Roman" w:hAnsi="Times New Roman" w:cs="Times New Roman"/>
          <w:sz w:val="28"/>
          <w:szCs w:val="28"/>
        </w:rPr>
        <w:t>..........................................................</w:t>
      </w:r>
    </w:p>
    <w:p w:rsidR="00783C69" w:rsidRPr="00AF087A" w:rsidRDefault="00AF087A" w:rsidP="00AF087A">
      <w:pPr>
        <w:jc w:val="both"/>
        <w:rPr>
          <w:rFonts w:ascii="Times New Roman" w:hAnsi="Times New Roman" w:cs="Times New Roman"/>
          <w:sz w:val="28"/>
          <w:szCs w:val="28"/>
        </w:rPr>
      </w:pPr>
      <w:r w:rsidRPr="00AF087A">
        <w:rPr>
          <w:rFonts w:ascii="Times New Roman" w:hAnsi="Times New Roman" w:cs="Times New Roman"/>
          <w:sz w:val="28"/>
          <w:szCs w:val="28"/>
        </w:rPr>
        <w:t>Nơi sinh: ...........................................................</w:t>
      </w:r>
    </w:p>
    <w:p w:rsidR="00783C69" w:rsidRPr="00AF087A" w:rsidRDefault="00AF087A" w:rsidP="00AF087A">
      <w:pPr>
        <w:jc w:val="both"/>
        <w:rPr>
          <w:rFonts w:ascii="Times New Roman" w:hAnsi="Times New Roman" w:cs="Times New Roman"/>
          <w:sz w:val="28"/>
          <w:szCs w:val="28"/>
        </w:rPr>
      </w:pPr>
      <w:r w:rsidRPr="00AF087A">
        <w:rPr>
          <w:rFonts w:ascii="Times New Roman" w:hAnsi="Times New Roman" w:cs="Times New Roman"/>
          <w:sz w:val="28"/>
          <w:szCs w:val="28"/>
        </w:rPr>
        <w:t>S</w:t>
      </w:r>
      <w:r w:rsidRPr="00AF087A">
        <w:rPr>
          <w:rFonts w:ascii="Times New Roman" w:hAnsi="Times New Roman" w:cs="Times New Roman"/>
          <w:sz w:val="28"/>
          <w:szCs w:val="28"/>
        </w:rPr>
        <w:t>ố</w:t>
      </w:r>
      <w:r w:rsidRPr="00AF087A">
        <w:rPr>
          <w:rFonts w:ascii="Times New Roman" w:hAnsi="Times New Roman" w:cs="Times New Roman"/>
          <w:sz w:val="28"/>
          <w:szCs w:val="28"/>
        </w:rPr>
        <w:t xml:space="preserve"> CCCD: ...........................................................</w:t>
      </w:r>
    </w:p>
    <w:p w:rsidR="00783C69" w:rsidRPr="00AF087A" w:rsidRDefault="00AF087A" w:rsidP="00AF087A">
      <w:pPr>
        <w:jc w:val="both"/>
        <w:rPr>
          <w:rFonts w:ascii="Times New Roman" w:hAnsi="Times New Roman" w:cs="Times New Roman"/>
          <w:sz w:val="28"/>
          <w:szCs w:val="28"/>
        </w:rPr>
      </w:pPr>
      <w:r w:rsidRPr="00AF087A">
        <w:rPr>
          <w:rFonts w:ascii="Times New Roman" w:hAnsi="Times New Roman" w:cs="Times New Roman"/>
          <w:sz w:val="28"/>
          <w:szCs w:val="28"/>
        </w:rPr>
        <w:t>Hi</w:t>
      </w:r>
      <w:r w:rsidRPr="00AF087A">
        <w:rPr>
          <w:rFonts w:ascii="Times New Roman" w:hAnsi="Times New Roman" w:cs="Times New Roman"/>
          <w:sz w:val="28"/>
          <w:szCs w:val="28"/>
        </w:rPr>
        <w:t>ệ</w:t>
      </w:r>
      <w:r w:rsidRPr="00AF087A">
        <w:rPr>
          <w:rFonts w:ascii="Times New Roman" w:hAnsi="Times New Roman" w:cs="Times New Roman"/>
          <w:sz w:val="28"/>
          <w:szCs w:val="28"/>
        </w:rPr>
        <w:t>n đang công tác t</w:t>
      </w:r>
      <w:r w:rsidRPr="00AF087A">
        <w:rPr>
          <w:rFonts w:ascii="Times New Roman" w:hAnsi="Times New Roman" w:cs="Times New Roman"/>
          <w:sz w:val="28"/>
          <w:szCs w:val="28"/>
        </w:rPr>
        <w:t>ạ</w:t>
      </w:r>
      <w:r w:rsidRPr="00AF087A">
        <w:rPr>
          <w:rFonts w:ascii="Times New Roman" w:hAnsi="Times New Roman" w:cs="Times New Roman"/>
          <w:sz w:val="28"/>
          <w:szCs w:val="28"/>
        </w:rPr>
        <w:t>i: ..................................</w:t>
      </w:r>
      <w:r w:rsidRPr="00AF087A">
        <w:rPr>
          <w:rFonts w:ascii="Times New Roman" w:hAnsi="Times New Roman" w:cs="Times New Roman"/>
          <w:sz w:val="28"/>
          <w:szCs w:val="28"/>
        </w:rPr>
        <w:t>..........</w:t>
      </w:r>
    </w:p>
    <w:p w:rsidR="00783C69" w:rsidRPr="00AF087A" w:rsidRDefault="00AF087A" w:rsidP="00AF087A">
      <w:pPr>
        <w:jc w:val="both"/>
        <w:rPr>
          <w:rFonts w:ascii="Times New Roman" w:hAnsi="Times New Roman" w:cs="Times New Roman"/>
          <w:sz w:val="28"/>
          <w:szCs w:val="28"/>
        </w:rPr>
      </w:pPr>
      <w:r w:rsidRPr="00AF087A">
        <w:rPr>
          <w:rFonts w:ascii="Times New Roman" w:hAnsi="Times New Roman" w:cs="Times New Roman"/>
          <w:sz w:val="28"/>
          <w:szCs w:val="28"/>
        </w:rPr>
        <w:t>Mã s</w:t>
      </w:r>
      <w:r w:rsidRPr="00AF087A">
        <w:rPr>
          <w:rFonts w:ascii="Times New Roman" w:hAnsi="Times New Roman" w:cs="Times New Roman"/>
          <w:sz w:val="28"/>
          <w:szCs w:val="28"/>
        </w:rPr>
        <w:t>ố</w:t>
      </w:r>
      <w:r w:rsidRPr="00AF087A">
        <w:rPr>
          <w:rFonts w:ascii="Times New Roman" w:hAnsi="Times New Roman" w:cs="Times New Roman"/>
          <w:sz w:val="28"/>
          <w:szCs w:val="28"/>
        </w:rPr>
        <w:t xml:space="preserve"> thu</w:t>
      </w:r>
      <w:r w:rsidRPr="00AF087A">
        <w:rPr>
          <w:rFonts w:ascii="Times New Roman" w:hAnsi="Times New Roman" w:cs="Times New Roman"/>
          <w:sz w:val="28"/>
          <w:szCs w:val="28"/>
        </w:rPr>
        <w:t>ế</w:t>
      </w:r>
      <w:r w:rsidRPr="00AF087A">
        <w:rPr>
          <w:rFonts w:ascii="Times New Roman" w:hAnsi="Times New Roman" w:cs="Times New Roman"/>
          <w:sz w:val="28"/>
          <w:szCs w:val="28"/>
        </w:rPr>
        <w:t xml:space="preserve"> (đơn v</w:t>
      </w:r>
      <w:r w:rsidRPr="00AF087A">
        <w:rPr>
          <w:rFonts w:ascii="Times New Roman" w:hAnsi="Times New Roman" w:cs="Times New Roman"/>
          <w:sz w:val="28"/>
          <w:szCs w:val="28"/>
        </w:rPr>
        <w:t>ị</w:t>
      </w:r>
      <w:r w:rsidRPr="00AF087A">
        <w:rPr>
          <w:rFonts w:ascii="Times New Roman" w:hAnsi="Times New Roman" w:cs="Times New Roman"/>
          <w:sz w:val="28"/>
          <w:szCs w:val="28"/>
        </w:rPr>
        <w:t>): ...............................................</w:t>
      </w:r>
    </w:p>
    <w:p w:rsidR="00783C69" w:rsidRPr="00AF087A" w:rsidRDefault="00AF087A" w:rsidP="00AF087A">
      <w:pPr>
        <w:jc w:val="both"/>
        <w:rPr>
          <w:rFonts w:ascii="Times New Roman" w:hAnsi="Times New Roman" w:cs="Times New Roman"/>
          <w:sz w:val="28"/>
          <w:szCs w:val="28"/>
        </w:rPr>
      </w:pPr>
      <w:r w:rsidRPr="00AF087A">
        <w:rPr>
          <w:rFonts w:ascii="Times New Roman" w:hAnsi="Times New Roman" w:cs="Times New Roman"/>
          <w:sz w:val="28"/>
          <w:szCs w:val="28"/>
        </w:rPr>
        <w:t>Đ</w:t>
      </w:r>
      <w:r w:rsidRPr="00AF087A">
        <w:rPr>
          <w:rFonts w:ascii="Times New Roman" w:hAnsi="Times New Roman" w:cs="Times New Roman"/>
          <w:sz w:val="28"/>
          <w:szCs w:val="28"/>
        </w:rPr>
        <w:t>ị</w:t>
      </w:r>
      <w:r w:rsidRPr="00AF087A">
        <w:rPr>
          <w:rFonts w:ascii="Times New Roman" w:hAnsi="Times New Roman" w:cs="Times New Roman"/>
          <w:sz w:val="28"/>
          <w:szCs w:val="28"/>
        </w:rPr>
        <w:t>a ch</w:t>
      </w:r>
      <w:r w:rsidRPr="00AF087A">
        <w:rPr>
          <w:rFonts w:ascii="Times New Roman" w:hAnsi="Times New Roman" w:cs="Times New Roman"/>
          <w:sz w:val="28"/>
          <w:szCs w:val="28"/>
        </w:rPr>
        <w:t>ỉ</w:t>
      </w:r>
      <w:r w:rsidRPr="00AF087A">
        <w:rPr>
          <w:rFonts w:ascii="Times New Roman" w:hAnsi="Times New Roman" w:cs="Times New Roman"/>
          <w:sz w:val="28"/>
          <w:szCs w:val="28"/>
        </w:rPr>
        <w:t xml:space="preserve"> đơn v</w:t>
      </w:r>
      <w:r w:rsidRPr="00AF087A">
        <w:rPr>
          <w:rFonts w:ascii="Times New Roman" w:hAnsi="Times New Roman" w:cs="Times New Roman"/>
          <w:sz w:val="28"/>
          <w:szCs w:val="28"/>
        </w:rPr>
        <w:t>ị</w:t>
      </w:r>
      <w:r w:rsidRPr="00AF087A">
        <w:rPr>
          <w:rFonts w:ascii="Times New Roman" w:hAnsi="Times New Roman" w:cs="Times New Roman"/>
          <w:sz w:val="28"/>
          <w:szCs w:val="28"/>
        </w:rPr>
        <w:t xml:space="preserve"> công tác: ............................................</w:t>
      </w:r>
    </w:p>
    <w:p w:rsidR="00783C69" w:rsidRPr="00AF087A" w:rsidRDefault="00AF087A" w:rsidP="00AF087A">
      <w:pPr>
        <w:jc w:val="both"/>
        <w:rPr>
          <w:rFonts w:ascii="Times New Roman" w:hAnsi="Times New Roman" w:cs="Times New Roman"/>
          <w:sz w:val="28"/>
          <w:szCs w:val="28"/>
        </w:rPr>
      </w:pPr>
      <w:r w:rsidRPr="00AF087A">
        <w:rPr>
          <w:rFonts w:ascii="Times New Roman" w:hAnsi="Times New Roman" w:cs="Times New Roman"/>
          <w:sz w:val="28"/>
          <w:szCs w:val="28"/>
        </w:rPr>
        <w:t>Đ</w:t>
      </w:r>
      <w:r w:rsidRPr="00AF087A">
        <w:rPr>
          <w:rFonts w:ascii="Times New Roman" w:hAnsi="Times New Roman" w:cs="Times New Roman"/>
          <w:sz w:val="28"/>
          <w:szCs w:val="28"/>
        </w:rPr>
        <w:t>ị</w:t>
      </w:r>
      <w:r w:rsidRPr="00AF087A">
        <w:rPr>
          <w:rFonts w:ascii="Times New Roman" w:hAnsi="Times New Roman" w:cs="Times New Roman"/>
          <w:sz w:val="28"/>
          <w:szCs w:val="28"/>
        </w:rPr>
        <w:t>a ch</w:t>
      </w:r>
      <w:r w:rsidRPr="00AF087A">
        <w:rPr>
          <w:rFonts w:ascii="Times New Roman" w:hAnsi="Times New Roman" w:cs="Times New Roman"/>
          <w:sz w:val="28"/>
          <w:szCs w:val="28"/>
        </w:rPr>
        <w:t>ỉ</w:t>
      </w:r>
      <w:r w:rsidRPr="00AF087A">
        <w:rPr>
          <w:rFonts w:ascii="Times New Roman" w:hAnsi="Times New Roman" w:cs="Times New Roman"/>
          <w:sz w:val="28"/>
          <w:szCs w:val="28"/>
        </w:rPr>
        <w:t xml:space="preserve"> email: ......................................................</w:t>
      </w:r>
    </w:p>
    <w:p w:rsidR="00783C69" w:rsidRPr="00AF087A" w:rsidRDefault="00AF087A" w:rsidP="00AF087A">
      <w:pPr>
        <w:jc w:val="both"/>
        <w:rPr>
          <w:rFonts w:ascii="Times New Roman" w:hAnsi="Times New Roman" w:cs="Times New Roman"/>
          <w:sz w:val="28"/>
          <w:szCs w:val="28"/>
        </w:rPr>
      </w:pPr>
      <w:r w:rsidRPr="00AF087A">
        <w:rPr>
          <w:rFonts w:ascii="Times New Roman" w:hAnsi="Times New Roman" w:cs="Times New Roman"/>
          <w:sz w:val="28"/>
          <w:szCs w:val="28"/>
        </w:rPr>
        <w:t>Đi</w:t>
      </w:r>
      <w:r w:rsidRPr="00AF087A">
        <w:rPr>
          <w:rFonts w:ascii="Times New Roman" w:hAnsi="Times New Roman" w:cs="Times New Roman"/>
          <w:sz w:val="28"/>
          <w:szCs w:val="28"/>
        </w:rPr>
        <w:t>ệ</w:t>
      </w:r>
      <w:r w:rsidRPr="00AF087A">
        <w:rPr>
          <w:rFonts w:ascii="Times New Roman" w:hAnsi="Times New Roman" w:cs="Times New Roman"/>
          <w:sz w:val="28"/>
          <w:szCs w:val="28"/>
        </w:rPr>
        <w:t>n tho</w:t>
      </w:r>
      <w:r w:rsidRPr="00AF087A">
        <w:rPr>
          <w:rFonts w:ascii="Times New Roman" w:hAnsi="Times New Roman" w:cs="Times New Roman"/>
          <w:sz w:val="28"/>
          <w:szCs w:val="28"/>
        </w:rPr>
        <w:t>ạ</w:t>
      </w:r>
      <w:r w:rsidRPr="00AF087A">
        <w:rPr>
          <w:rFonts w:ascii="Times New Roman" w:hAnsi="Times New Roman" w:cs="Times New Roman"/>
          <w:sz w:val="28"/>
          <w:szCs w:val="28"/>
        </w:rPr>
        <w:t>i liên h</w:t>
      </w:r>
      <w:r w:rsidRPr="00AF087A">
        <w:rPr>
          <w:rFonts w:ascii="Times New Roman" w:hAnsi="Times New Roman" w:cs="Times New Roman"/>
          <w:sz w:val="28"/>
          <w:szCs w:val="28"/>
        </w:rPr>
        <w:t>ệ</w:t>
      </w:r>
      <w:r w:rsidRPr="00AF087A">
        <w:rPr>
          <w:rFonts w:ascii="Times New Roman" w:hAnsi="Times New Roman" w:cs="Times New Roman"/>
          <w:sz w:val="28"/>
          <w:szCs w:val="28"/>
        </w:rPr>
        <w:t>: ................</w:t>
      </w:r>
      <w:r w:rsidRPr="00AF087A">
        <w:rPr>
          <w:rFonts w:ascii="Times New Roman" w:hAnsi="Times New Roman" w:cs="Times New Roman"/>
          <w:sz w:val="28"/>
          <w:szCs w:val="28"/>
        </w:rPr>
        <w:t>.................................</w:t>
      </w:r>
    </w:p>
    <w:p w:rsidR="00783C69" w:rsidRPr="00AF087A" w:rsidRDefault="00AF087A" w:rsidP="00AF087A">
      <w:pPr>
        <w:jc w:val="both"/>
        <w:rPr>
          <w:rFonts w:ascii="Times New Roman" w:hAnsi="Times New Roman" w:cs="Times New Roman"/>
          <w:sz w:val="28"/>
          <w:szCs w:val="28"/>
        </w:rPr>
      </w:pPr>
      <w:r w:rsidRPr="00AF087A">
        <w:rPr>
          <w:rFonts w:ascii="Times New Roman" w:hAnsi="Times New Roman" w:cs="Times New Roman"/>
          <w:sz w:val="28"/>
          <w:szCs w:val="28"/>
        </w:rPr>
        <w:t>Đ</w:t>
      </w:r>
      <w:r w:rsidRPr="00AF087A">
        <w:rPr>
          <w:rFonts w:ascii="Times New Roman" w:hAnsi="Times New Roman" w:cs="Times New Roman"/>
          <w:sz w:val="28"/>
          <w:szCs w:val="28"/>
        </w:rPr>
        <w:t>ể</w:t>
      </w:r>
      <w:r w:rsidRPr="00AF087A">
        <w:rPr>
          <w:rFonts w:ascii="Times New Roman" w:hAnsi="Times New Roman" w:cs="Times New Roman"/>
          <w:sz w:val="28"/>
          <w:szCs w:val="28"/>
        </w:rPr>
        <w:t xml:space="preserve"> nâng cao trình đ</w:t>
      </w:r>
      <w:r w:rsidRPr="00AF087A">
        <w:rPr>
          <w:rFonts w:ascii="Times New Roman" w:hAnsi="Times New Roman" w:cs="Times New Roman"/>
          <w:sz w:val="28"/>
          <w:szCs w:val="28"/>
        </w:rPr>
        <w:t>ộ</w:t>
      </w:r>
      <w:r w:rsidRPr="00AF087A">
        <w:rPr>
          <w:rFonts w:ascii="Times New Roman" w:hAnsi="Times New Roman" w:cs="Times New Roman"/>
          <w:sz w:val="28"/>
          <w:szCs w:val="28"/>
        </w:rPr>
        <w:t xml:space="preserve"> chuyên môn, nghi</w:t>
      </w:r>
      <w:r w:rsidRPr="00AF087A">
        <w:rPr>
          <w:rFonts w:ascii="Times New Roman" w:hAnsi="Times New Roman" w:cs="Times New Roman"/>
          <w:sz w:val="28"/>
          <w:szCs w:val="28"/>
        </w:rPr>
        <w:t>ệ</w:t>
      </w:r>
      <w:r w:rsidRPr="00AF087A">
        <w:rPr>
          <w:rFonts w:ascii="Times New Roman" w:hAnsi="Times New Roman" w:cs="Times New Roman"/>
          <w:sz w:val="28"/>
          <w:szCs w:val="28"/>
        </w:rPr>
        <w:t>p v</w:t>
      </w:r>
      <w:r w:rsidRPr="00AF087A">
        <w:rPr>
          <w:rFonts w:ascii="Times New Roman" w:hAnsi="Times New Roman" w:cs="Times New Roman"/>
          <w:sz w:val="28"/>
          <w:szCs w:val="28"/>
        </w:rPr>
        <w:t>ụ</w:t>
      </w:r>
      <w:r w:rsidRPr="00AF087A">
        <w:rPr>
          <w:rFonts w:ascii="Times New Roman" w:hAnsi="Times New Roman" w:cs="Times New Roman"/>
          <w:sz w:val="28"/>
          <w:szCs w:val="28"/>
        </w:rPr>
        <w:t>, k</w:t>
      </w:r>
      <w:r w:rsidRPr="00AF087A">
        <w:rPr>
          <w:rFonts w:ascii="Times New Roman" w:hAnsi="Times New Roman" w:cs="Times New Roman"/>
          <w:sz w:val="28"/>
          <w:szCs w:val="28"/>
        </w:rPr>
        <w:t>ỹ</w:t>
      </w:r>
      <w:r w:rsidRPr="00AF087A">
        <w:rPr>
          <w:rFonts w:ascii="Times New Roman" w:hAnsi="Times New Roman" w:cs="Times New Roman"/>
          <w:sz w:val="28"/>
          <w:szCs w:val="28"/>
        </w:rPr>
        <w:t xml:space="preserve"> năng công tác lãnh đ</w:t>
      </w:r>
      <w:r w:rsidRPr="00AF087A">
        <w:rPr>
          <w:rFonts w:ascii="Times New Roman" w:hAnsi="Times New Roman" w:cs="Times New Roman"/>
          <w:sz w:val="28"/>
          <w:szCs w:val="28"/>
        </w:rPr>
        <w:t>ạ</w:t>
      </w:r>
      <w:r w:rsidRPr="00AF087A">
        <w:rPr>
          <w:rFonts w:ascii="Times New Roman" w:hAnsi="Times New Roman" w:cs="Times New Roman"/>
          <w:sz w:val="28"/>
          <w:szCs w:val="28"/>
        </w:rPr>
        <w:t>o và qu</w:t>
      </w:r>
      <w:r w:rsidRPr="00AF087A">
        <w:rPr>
          <w:rFonts w:ascii="Times New Roman" w:hAnsi="Times New Roman" w:cs="Times New Roman"/>
          <w:sz w:val="28"/>
          <w:szCs w:val="28"/>
        </w:rPr>
        <w:t>ả</w:t>
      </w:r>
      <w:r w:rsidRPr="00AF087A">
        <w:rPr>
          <w:rFonts w:ascii="Times New Roman" w:hAnsi="Times New Roman" w:cs="Times New Roman"/>
          <w:sz w:val="28"/>
          <w:szCs w:val="28"/>
        </w:rPr>
        <w:t xml:space="preserve">n lý đáp </w:t>
      </w:r>
      <w:r w:rsidRPr="00AF087A">
        <w:rPr>
          <w:rFonts w:ascii="Times New Roman" w:hAnsi="Times New Roman" w:cs="Times New Roman"/>
          <w:sz w:val="28"/>
          <w:szCs w:val="28"/>
        </w:rPr>
        <w:t>ứ</w:t>
      </w:r>
      <w:r w:rsidRPr="00AF087A">
        <w:rPr>
          <w:rFonts w:ascii="Times New Roman" w:hAnsi="Times New Roman" w:cs="Times New Roman"/>
          <w:sz w:val="28"/>
          <w:szCs w:val="28"/>
        </w:rPr>
        <w:t>ng t</w:t>
      </w:r>
      <w:r w:rsidRPr="00AF087A">
        <w:rPr>
          <w:rFonts w:ascii="Times New Roman" w:hAnsi="Times New Roman" w:cs="Times New Roman"/>
          <w:sz w:val="28"/>
          <w:szCs w:val="28"/>
        </w:rPr>
        <w:t>ố</w:t>
      </w:r>
      <w:r w:rsidRPr="00AF087A">
        <w:rPr>
          <w:rFonts w:ascii="Times New Roman" w:hAnsi="Times New Roman" w:cs="Times New Roman"/>
          <w:sz w:val="28"/>
          <w:szCs w:val="28"/>
        </w:rPr>
        <w:t>t yêu c</w:t>
      </w:r>
      <w:r w:rsidRPr="00AF087A">
        <w:rPr>
          <w:rFonts w:ascii="Times New Roman" w:hAnsi="Times New Roman" w:cs="Times New Roman"/>
          <w:sz w:val="28"/>
          <w:szCs w:val="28"/>
        </w:rPr>
        <w:t>ầ</w:t>
      </w:r>
      <w:r w:rsidRPr="00AF087A">
        <w:rPr>
          <w:rFonts w:ascii="Times New Roman" w:hAnsi="Times New Roman" w:cs="Times New Roman"/>
          <w:sz w:val="28"/>
          <w:szCs w:val="28"/>
        </w:rPr>
        <w:t>u, nhi</w:t>
      </w:r>
      <w:r w:rsidRPr="00AF087A">
        <w:rPr>
          <w:rFonts w:ascii="Times New Roman" w:hAnsi="Times New Roman" w:cs="Times New Roman"/>
          <w:sz w:val="28"/>
          <w:szCs w:val="28"/>
        </w:rPr>
        <w:t>ệ</w:t>
      </w:r>
      <w:r w:rsidRPr="00AF087A">
        <w:rPr>
          <w:rFonts w:ascii="Times New Roman" w:hAnsi="Times New Roman" w:cs="Times New Roman"/>
          <w:sz w:val="28"/>
          <w:szCs w:val="28"/>
        </w:rPr>
        <w:t>m v</w:t>
      </w:r>
      <w:r w:rsidRPr="00AF087A">
        <w:rPr>
          <w:rFonts w:ascii="Times New Roman" w:hAnsi="Times New Roman" w:cs="Times New Roman"/>
          <w:sz w:val="28"/>
          <w:szCs w:val="28"/>
        </w:rPr>
        <w:t>ụ</w:t>
      </w:r>
      <w:r w:rsidRPr="00AF087A">
        <w:rPr>
          <w:rFonts w:ascii="Times New Roman" w:hAnsi="Times New Roman" w:cs="Times New Roman"/>
          <w:sz w:val="28"/>
          <w:szCs w:val="28"/>
        </w:rPr>
        <w:t xml:space="preserve"> t</w:t>
      </w:r>
      <w:r w:rsidRPr="00AF087A">
        <w:rPr>
          <w:rFonts w:ascii="Times New Roman" w:hAnsi="Times New Roman" w:cs="Times New Roman"/>
          <w:sz w:val="28"/>
          <w:szCs w:val="28"/>
        </w:rPr>
        <w:t>ạ</w:t>
      </w:r>
      <w:r w:rsidRPr="00AF087A">
        <w:rPr>
          <w:rFonts w:ascii="Times New Roman" w:hAnsi="Times New Roman" w:cs="Times New Roman"/>
          <w:sz w:val="28"/>
          <w:szCs w:val="28"/>
        </w:rPr>
        <w:t>i cơ quan, đơn v</w:t>
      </w:r>
      <w:r w:rsidRPr="00AF087A">
        <w:rPr>
          <w:rFonts w:ascii="Times New Roman" w:hAnsi="Times New Roman" w:cs="Times New Roman"/>
          <w:sz w:val="28"/>
          <w:szCs w:val="28"/>
        </w:rPr>
        <w:t>ị</w:t>
      </w:r>
      <w:r w:rsidRPr="00AF087A">
        <w:rPr>
          <w:rFonts w:ascii="Times New Roman" w:hAnsi="Times New Roman" w:cs="Times New Roman"/>
          <w:sz w:val="28"/>
          <w:szCs w:val="28"/>
        </w:rPr>
        <w:t>. Nay tôi làm đơn này kính đ</w:t>
      </w:r>
      <w:r w:rsidRPr="00AF087A">
        <w:rPr>
          <w:rFonts w:ascii="Times New Roman" w:hAnsi="Times New Roman" w:cs="Times New Roman"/>
          <w:sz w:val="28"/>
          <w:szCs w:val="28"/>
        </w:rPr>
        <w:t>ề</w:t>
      </w:r>
      <w:r w:rsidRPr="00AF087A">
        <w:rPr>
          <w:rFonts w:ascii="Times New Roman" w:hAnsi="Times New Roman" w:cs="Times New Roman"/>
          <w:sz w:val="28"/>
          <w:szCs w:val="28"/>
        </w:rPr>
        <w:t xml:space="preserve"> ngh</w:t>
      </w:r>
      <w:r w:rsidRPr="00AF087A">
        <w:rPr>
          <w:rFonts w:ascii="Times New Roman" w:hAnsi="Times New Roman" w:cs="Times New Roman"/>
          <w:sz w:val="28"/>
          <w:szCs w:val="28"/>
        </w:rPr>
        <w:t>ị</w:t>
      </w:r>
      <w:r w:rsidRPr="00AF087A">
        <w:rPr>
          <w:rFonts w:ascii="Times New Roman" w:hAnsi="Times New Roman" w:cs="Times New Roman"/>
          <w:sz w:val="28"/>
          <w:szCs w:val="28"/>
        </w:rPr>
        <w:t xml:space="preserve"> Giám đ</w:t>
      </w:r>
      <w:r w:rsidRPr="00AF087A">
        <w:rPr>
          <w:rFonts w:ascii="Times New Roman" w:hAnsi="Times New Roman" w:cs="Times New Roman"/>
          <w:sz w:val="28"/>
          <w:szCs w:val="28"/>
        </w:rPr>
        <w:t>ố</w:t>
      </w:r>
      <w:r w:rsidRPr="00AF087A">
        <w:rPr>
          <w:rFonts w:ascii="Times New Roman" w:hAnsi="Times New Roman" w:cs="Times New Roman"/>
          <w:sz w:val="28"/>
          <w:szCs w:val="28"/>
        </w:rPr>
        <w:t>c H</w:t>
      </w:r>
      <w:r w:rsidRPr="00AF087A">
        <w:rPr>
          <w:rFonts w:ascii="Times New Roman" w:hAnsi="Times New Roman" w:cs="Times New Roman"/>
          <w:sz w:val="28"/>
          <w:szCs w:val="28"/>
        </w:rPr>
        <w:t>ọ</w:t>
      </w:r>
      <w:r w:rsidRPr="00AF087A">
        <w:rPr>
          <w:rFonts w:ascii="Times New Roman" w:hAnsi="Times New Roman" w:cs="Times New Roman"/>
          <w:sz w:val="28"/>
          <w:szCs w:val="28"/>
        </w:rPr>
        <w:t>c vi</w:t>
      </w:r>
      <w:r w:rsidRPr="00AF087A">
        <w:rPr>
          <w:rFonts w:ascii="Times New Roman" w:hAnsi="Times New Roman" w:cs="Times New Roman"/>
          <w:sz w:val="28"/>
          <w:szCs w:val="28"/>
        </w:rPr>
        <w:t>ệ</w:t>
      </w:r>
      <w:r w:rsidRPr="00AF087A">
        <w:rPr>
          <w:rFonts w:ascii="Times New Roman" w:hAnsi="Times New Roman" w:cs="Times New Roman"/>
          <w:sz w:val="28"/>
          <w:szCs w:val="28"/>
        </w:rPr>
        <w:t>n Cán b</w:t>
      </w:r>
      <w:r w:rsidRPr="00AF087A">
        <w:rPr>
          <w:rFonts w:ascii="Times New Roman" w:hAnsi="Times New Roman" w:cs="Times New Roman"/>
          <w:sz w:val="28"/>
          <w:szCs w:val="28"/>
        </w:rPr>
        <w:t>ộ</w:t>
      </w:r>
      <w:r w:rsidRPr="00AF087A">
        <w:rPr>
          <w:rFonts w:ascii="Times New Roman" w:hAnsi="Times New Roman" w:cs="Times New Roman"/>
          <w:sz w:val="28"/>
          <w:szCs w:val="28"/>
        </w:rPr>
        <w:t xml:space="preserve"> ch</w:t>
      </w:r>
      <w:r w:rsidRPr="00AF087A">
        <w:rPr>
          <w:rFonts w:ascii="Times New Roman" w:hAnsi="Times New Roman" w:cs="Times New Roman"/>
          <w:sz w:val="28"/>
          <w:szCs w:val="28"/>
        </w:rPr>
        <w:t>ấ</w:t>
      </w:r>
      <w:r w:rsidRPr="00AF087A">
        <w:rPr>
          <w:rFonts w:ascii="Times New Roman" w:hAnsi="Times New Roman" w:cs="Times New Roman"/>
          <w:sz w:val="28"/>
          <w:szCs w:val="28"/>
        </w:rPr>
        <w:t>p thu</w:t>
      </w:r>
      <w:r w:rsidRPr="00AF087A">
        <w:rPr>
          <w:rFonts w:ascii="Times New Roman" w:hAnsi="Times New Roman" w:cs="Times New Roman"/>
          <w:sz w:val="28"/>
          <w:szCs w:val="28"/>
        </w:rPr>
        <w:t>ậ</w:t>
      </w:r>
      <w:r w:rsidRPr="00AF087A">
        <w:rPr>
          <w:rFonts w:ascii="Times New Roman" w:hAnsi="Times New Roman" w:cs="Times New Roman"/>
          <w:sz w:val="28"/>
          <w:szCs w:val="28"/>
        </w:rPr>
        <w:t>n cho tôi tham gia khóa</w:t>
      </w:r>
      <w:r w:rsidRPr="00AF087A">
        <w:rPr>
          <w:rFonts w:ascii="Times New Roman" w:hAnsi="Times New Roman" w:cs="Times New Roman"/>
          <w:sz w:val="28"/>
          <w:szCs w:val="28"/>
        </w:rPr>
        <w:t xml:space="preserve"> b</w:t>
      </w:r>
      <w:r w:rsidRPr="00AF087A">
        <w:rPr>
          <w:rFonts w:ascii="Times New Roman" w:hAnsi="Times New Roman" w:cs="Times New Roman"/>
          <w:sz w:val="28"/>
          <w:szCs w:val="28"/>
        </w:rPr>
        <w:t>ồ</w:t>
      </w:r>
      <w:r w:rsidRPr="00AF087A">
        <w:rPr>
          <w:rFonts w:ascii="Times New Roman" w:hAnsi="Times New Roman" w:cs="Times New Roman"/>
          <w:sz w:val="28"/>
          <w:szCs w:val="28"/>
        </w:rPr>
        <w:t>i dư</w:t>
      </w:r>
      <w:r w:rsidRPr="00AF087A">
        <w:rPr>
          <w:rFonts w:ascii="Times New Roman" w:hAnsi="Times New Roman" w:cs="Times New Roman"/>
          <w:sz w:val="28"/>
          <w:szCs w:val="28"/>
        </w:rPr>
        <w:t>ỡ</w:t>
      </w:r>
      <w:r w:rsidRPr="00AF087A">
        <w:rPr>
          <w:rFonts w:ascii="Times New Roman" w:hAnsi="Times New Roman" w:cs="Times New Roman"/>
          <w:sz w:val="28"/>
          <w:szCs w:val="28"/>
        </w:rPr>
        <w:t>ng .............................................................. do H</w:t>
      </w:r>
      <w:r w:rsidRPr="00AF087A">
        <w:rPr>
          <w:rFonts w:ascii="Times New Roman" w:hAnsi="Times New Roman" w:cs="Times New Roman"/>
          <w:sz w:val="28"/>
          <w:szCs w:val="28"/>
        </w:rPr>
        <w:t>ọ</w:t>
      </w:r>
      <w:r w:rsidRPr="00AF087A">
        <w:rPr>
          <w:rFonts w:ascii="Times New Roman" w:hAnsi="Times New Roman" w:cs="Times New Roman"/>
          <w:sz w:val="28"/>
          <w:szCs w:val="28"/>
        </w:rPr>
        <w:t>c vi</w:t>
      </w:r>
      <w:r w:rsidRPr="00AF087A">
        <w:rPr>
          <w:rFonts w:ascii="Times New Roman" w:hAnsi="Times New Roman" w:cs="Times New Roman"/>
          <w:sz w:val="28"/>
          <w:szCs w:val="28"/>
        </w:rPr>
        <w:t>ệ</w:t>
      </w:r>
      <w:r w:rsidRPr="00AF087A">
        <w:rPr>
          <w:rFonts w:ascii="Times New Roman" w:hAnsi="Times New Roman" w:cs="Times New Roman"/>
          <w:sz w:val="28"/>
          <w:szCs w:val="28"/>
        </w:rPr>
        <w:t>n Cán b</w:t>
      </w:r>
      <w:r w:rsidRPr="00AF087A">
        <w:rPr>
          <w:rFonts w:ascii="Times New Roman" w:hAnsi="Times New Roman" w:cs="Times New Roman"/>
          <w:sz w:val="28"/>
          <w:szCs w:val="28"/>
        </w:rPr>
        <w:t>ộ</w:t>
      </w:r>
      <w:r w:rsidRPr="00AF087A">
        <w:rPr>
          <w:rFonts w:ascii="Times New Roman" w:hAnsi="Times New Roman" w:cs="Times New Roman"/>
          <w:sz w:val="28"/>
          <w:szCs w:val="28"/>
        </w:rPr>
        <w:t xml:space="preserve"> Thành ph</w:t>
      </w:r>
      <w:r w:rsidRPr="00AF087A">
        <w:rPr>
          <w:rFonts w:ascii="Times New Roman" w:hAnsi="Times New Roman" w:cs="Times New Roman"/>
          <w:sz w:val="28"/>
          <w:szCs w:val="28"/>
        </w:rPr>
        <w:t>ố</w:t>
      </w:r>
      <w:r w:rsidRPr="00AF087A">
        <w:rPr>
          <w:rFonts w:ascii="Times New Roman" w:hAnsi="Times New Roman" w:cs="Times New Roman"/>
          <w:sz w:val="28"/>
          <w:szCs w:val="28"/>
        </w:rPr>
        <w:t xml:space="preserve"> t</w:t>
      </w:r>
      <w:r w:rsidRPr="00AF087A">
        <w:rPr>
          <w:rFonts w:ascii="Times New Roman" w:hAnsi="Times New Roman" w:cs="Times New Roman"/>
          <w:sz w:val="28"/>
          <w:szCs w:val="28"/>
        </w:rPr>
        <w:t>ổ</w:t>
      </w:r>
      <w:r w:rsidRPr="00AF087A">
        <w:rPr>
          <w:rFonts w:ascii="Times New Roman" w:hAnsi="Times New Roman" w:cs="Times New Roman"/>
          <w:sz w:val="28"/>
          <w:szCs w:val="28"/>
        </w:rPr>
        <w:t xml:space="preserve"> ch</w:t>
      </w:r>
      <w:r w:rsidRPr="00AF087A">
        <w:rPr>
          <w:rFonts w:ascii="Times New Roman" w:hAnsi="Times New Roman" w:cs="Times New Roman"/>
          <w:sz w:val="28"/>
          <w:szCs w:val="28"/>
        </w:rPr>
        <w:t>ứ</w:t>
      </w:r>
      <w:r w:rsidRPr="00AF087A">
        <w:rPr>
          <w:rFonts w:ascii="Times New Roman" w:hAnsi="Times New Roman" w:cs="Times New Roman"/>
          <w:sz w:val="28"/>
          <w:szCs w:val="28"/>
        </w:rPr>
        <w:t>c.</w:t>
      </w:r>
    </w:p>
    <w:p w:rsidR="00783C69" w:rsidRPr="00AF087A" w:rsidRDefault="00AF087A" w:rsidP="00AF087A">
      <w:pPr>
        <w:jc w:val="both"/>
        <w:rPr>
          <w:rFonts w:ascii="Times New Roman" w:hAnsi="Times New Roman" w:cs="Times New Roman"/>
          <w:sz w:val="28"/>
          <w:szCs w:val="28"/>
        </w:rPr>
      </w:pPr>
      <w:r w:rsidRPr="00AF087A">
        <w:rPr>
          <w:rFonts w:ascii="Times New Roman" w:hAnsi="Times New Roman" w:cs="Times New Roman"/>
          <w:sz w:val="28"/>
          <w:szCs w:val="28"/>
        </w:rPr>
        <w:t>Tôi xin h</w:t>
      </w:r>
      <w:r w:rsidRPr="00AF087A">
        <w:rPr>
          <w:rFonts w:ascii="Times New Roman" w:hAnsi="Times New Roman" w:cs="Times New Roman"/>
          <w:sz w:val="28"/>
          <w:szCs w:val="28"/>
        </w:rPr>
        <w:t>ứ</w:t>
      </w:r>
      <w:r w:rsidRPr="00AF087A">
        <w:rPr>
          <w:rFonts w:ascii="Times New Roman" w:hAnsi="Times New Roman" w:cs="Times New Roman"/>
          <w:sz w:val="28"/>
          <w:szCs w:val="28"/>
        </w:rPr>
        <w:t>a s</w:t>
      </w:r>
      <w:r w:rsidRPr="00AF087A">
        <w:rPr>
          <w:rFonts w:ascii="Times New Roman" w:hAnsi="Times New Roman" w:cs="Times New Roman"/>
          <w:sz w:val="28"/>
          <w:szCs w:val="28"/>
        </w:rPr>
        <w:t>ẽ</w:t>
      </w:r>
      <w:r w:rsidRPr="00AF087A">
        <w:rPr>
          <w:rFonts w:ascii="Times New Roman" w:hAnsi="Times New Roman" w:cs="Times New Roman"/>
          <w:sz w:val="28"/>
          <w:szCs w:val="28"/>
        </w:rPr>
        <w:t xml:space="preserve"> s</w:t>
      </w:r>
      <w:r w:rsidRPr="00AF087A">
        <w:rPr>
          <w:rFonts w:ascii="Times New Roman" w:hAnsi="Times New Roman" w:cs="Times New Roman"/>
          <w:sz w:val="28"/>
          <w:szCs w:val="28"/>
        </w:rPr>
        <w:t>ắ</w:t>
      </w:r>
      <w:r w:rsidRPr="00AF087A">
        <w:rPr>
          <w:rFonts w:ascii="Times New Roman" w:hAnsi="Times New Roman" w:cs="Times New Roman"/>
          <w:sz w:val="28"/>
          <w:szCs w:val="28"/>
        </w:rPr>
        <w:t>p x</w:t>
      </w:r>
      <w:r w:rsidRPr="00AF087A">
        <w:rPr>
          <w:rFonts w:ascii="Times New Roman" w:hAnsi="Times New Roman" w:cs="Times New Roman"/>
          <w:sz w:val="28"/>
          <w:szCs w:val="28"/>
        </w:rPr>
        <w:t>ế</w:t>
      </w:r>
      <w:r w:rsidRPr="00AF087A">
        <w:rPr>
          <w:rFonts w:ascii="Times New Roman" w:hAnsi="Times New Roman" w:cs="Times New Roman"/>
          <w:sz w:val="28"/>
          <w:szCs w:val="28"/>
        </w:rPr>
        <w:t>p th</w:t>
      </w:r>
      <w:r w:rsidRPr="00AF087A">
        <w:rPr>
          <w:rFonts w:ascii="Times New Roman" w:hAnsi="Times New Roman" w:cs="Times New Roman"/>
          <w:sz w:val="28"/>
          <w:szCs w:val="28"/>
        </w:rPr>
        <w:t>ờ</w:t>
      </w:r>
      <w:r w:rsidRPr="00AF087A">
        <w:rPr>
          <w:rFonts w:ascii="Times New Roman" w:hAnsi="Times New Roman" w:cs="Times New Roman"/>
          <w:sz w:val="28"/>
          <w:szCs w:val="28"/>
        </w:rPr>
        <w:t>i gian và công vi</w:t>
      </w:r>
      <w:r w:rsidRPr="00AF087A">
        <w:rPr>
          <w:rFonts w:ascii="Times New Roman" w:hAnsi="Times New Roman" w:cs="Times New Roman"/>
          <w:sz w:val="28"/>
          <w:szCs w:val="28"/>
        </w:rPr>
        <w:t>ệ</w:t>
      </w:r>
      <w:r w:rsidRPr="00AF087A">
        <w:rPr>
          <w:rFonts w:ascii="Times New Roman" w:hAnsi="Times New Roman" w:cs="Times New Roman"/>
          <w:sz w:val="28"/>
          <w:szCs w:val="28"/>
        </w:rPr>
        <w:t>c đ</w:t>
      </w:r>
      <w:r w:rsidRPr="00AF087A">
        <w:rPr>
          <w:rFonts w:ascii="Times New Roman" w:hAnsi="Times New Roman" w:cs="Times New Roman"/>
          <w:sz w:val="28"/>
          <w:szCs w:val="28"/>
        </w:rPr>
        <w:t>ể</w:t>
      </w:r>
      <w:r w:rsidRPr="00AF087A">
        <w:rPr>
          <w:rFonts w:ascii="Times New Roman" w:hAnsi="Times New Roman" w:cs="Times New Roman"/>
          <w:sz w:val="28"/>
          <w:szCs w:val="28"/>
        </w:rPr>
        <w:t xml:space="preserve"> h</w:t>
      </w:r>
      <w:r w:rsidRPr="00AF087A">
        <w:rPr>
          <w:rFonts w:ascii="Times New Roman" w:hAnsi="Times New Roman" w:cs="Times New Roman"/>
          <w:sz w:val="28"/>
          <w:szCs w:val="28"/>
        </w:rPr>
        <w:t>ọ</w:t>
      </w:r>
      <w:r w:rsidRPr="00AF087A">
        <w:rPr>
          <w:rFonts w:ascii="Times New Roman" w:hAnsi="Times New Roman" w:cs="Times New Roman"/>
          <w:sz w:val="28"/>
          <w:szCs w:val="28"/>
        </w:rPr>
        <w:t>c t</w:t>
      </w:r>
      <w:r w:rsidRPr="00AF087A">
        <w:rPr>
          <w:rFonts w:ascii="Times New Roman" w:hAnsi="Times New Roman" w:cs="Times New Roman"/>
          <w:sz w:val="28"/>
          <w:szCs w:val="28"/>
        </w:rPr>
        <w:t>ậ</w:t>
      </w:r>
      <w:r w:rsidRPr="00AF087A">
        <w:rPr>
          <w:rFonts w:ascii="Times New Roman" w:hAnsi="Times New Roman" w:cs="Times New Roman"/>
          <w:sz w:val="28"/>
          <w:szCs w:val="28"/>
        </w:rPr>
        <w:t>p và hoàn thành khóa h</w:t>
      </w:r>
      <w:r w:rsidRPr="00AF087A">
        <w:rPr>
          <w:rFonts w:ascii="Times New Roman" w:hAnsi="Times New Roman" w:cs="Times New Roman"/>
          <w:sz w:val="28"/>
          <w:szCs w:val="28"/>
        </w:rPr>
        <w:t>ọ</w:t>
      </w:r>
      <w:r w:rsidRPr="00AF087A">
        <w:rPr>
          <w:rFonts w:ascii="Times New Roman" w:hAnsi="Times New Roman" w:cs="Times New Roman"/>
          <w:sz w:val="28"/>
          <w:szCs w:val="28"/>
        </w:rPr>
        <w:t>c theo đúng quy đ</w:t>
      </w:r>
      <w:r w:rsidRPr="00AF087A">
        <w:rPr>
          <w:rFonts w:ascii="Times New Roman" w:hAnsi="Times New Roman" w:cs="Times New Roman"/>
          <w:sz w:val="28"/>
          <w:szCs w:val="28"/>
        </w:rPr>
        <w:t>ị</w:t>
      </w:r>
      <w:r w:rsidRPr="00AF087A">
        <w:rPr>
          <w:rFonts w:ascii="Times New Roman" w:hAnsi="Times New Roman" w:cs="Times New Roman"/>
          <w:sz w:val="28"/>
          <w:szCs w:val="28"/>
        </w:rPr>
        <w:t>nh; ch</w:t>
      </w:r>
      <w:r w:rsidRPr="00AF087A">
        <w:rPr>
          <w:rFonts w:ascii="Times New Roman" w:hAnsi="Times New Roman" w:cs="Times New Roman"/>
          <w:sz w:val="28"/>
          <w:szCs w:val="28"/>
        </w:rPr>
        <w:t>ấ</w:t>
      </w:r>
      <w:r w:rsidRPr="00AF087A">
        <w:rPr>
          <w:rFonts w:ascii="Times New Roman" w:hAnsi="Times New Roman" w:cs="Times New Roman"/>
          <w:sz w:val="28"/>
          <w:szCs w:val="28"/>
        </w:rPr>
        <w:t>p hành n</w:t>
      </w:r>
      <w:r w:rsidRPr="00AF087A">
        <w:rPr>
          <w:rFonts w:ascii="Times New Roman" w:hAnsi="Times New Roman" w:cs="Times New Roman"/>
          <w:sz w:val="28"/>
          <w:szCs w:val="28"/>
        </w:rPr>
        <w:t>ộ</w:t>
      </w:r>
      <w:r w:rsidRPr="00AF087A">
        <w:rPr>
          <w:rFonts w:ascii="Times New Roman" w:hAnsi="Times New Roman" w:cs="Times New Roman"/>
          <w:sz w:val="28"/>
          <w:szCs w:val="28"/>
        </w:rPr>
        <w:t>i quy, quy ch</w:t>
      </w:r>
      <w:r w:rsidRPr="00AF087A">
        <w:rPr>
          <w:rFonts w:ascii="Times New Roman" w:hAnsi="Times New Roman" w:cs="Times New Roman"/>
          <w:sz w:val="28"/>
          <w:szCs w:val="28"/>
        </w:rPr>
        <w:t>ế</w:t>
      </w:r>
      <w:r w:rsidRPr="00AF087A">
        <w:rPr>
          <w:rFonts w:ascii="Times New Roman" w:hAnsi="Times New Roman" w:cs="Times New Roman"/>
          <w:sz w:val="28"/>
          <w:szCs w:val="28"/>
        </w:rPr>
        <w:t xml:space="preserve"> h</w:t>
      </w:r>
      <w:r w:rsidRPr="00AF087A">
        <w:rPr>
          <w:rFonts w:ascii="Times New Roman" w:hAnsi="Times New Roman" w:cs="Times New Roman"/>
          <w:sz w:val="28"/>
          <w:szCs w:val="28"/>
        </w:rPr>
        <w:t>ọ</w:t>
      </w:r>
      <w:r w:rsidRPr="00AF087A">
        <w:rPr>
          <w:rFonts w:ascii="Times New Roman" w:hAnsi="Times New Roman" w:cs="Times New Roman"/>
          <w:sz w:val="28"/>
          <w:szCs w:val="28"/>
        </w:rPr>
        <w:t>c t</w:t>
      </w:r>
      <w:r w:rsidRPr="00AF087A">
        <w:rPr>
          <w:rFonts w:ascii="Times New Roman" w:hAnsi="Times New Roman" w:cs="Times New Roman"/>
          <w:sz w:val="28"/>
          <w:szCs w:val="28"/>
        </w:rPr>
        <w:t>ậ</w:t>
      </w:r>
      <w:r w:rsidRPr="00AF087A">
        <w:rPr>
          <w:rFonts w:ascii="Times New Roman" w:hAnsi="Times New Roman" w:cs="Times New Roman"/>
          <w:sz w:val="28"/>
          <w:szCs w:val="28"/>
        </w:rPr>
        <w:t>p và hoàn t</w:t>
      </w:r>
      <w:r w:rsidRPr="00AF087A">
        <w:rPr>
          <w:rFonts w:ascii="Times New Roman" w:hAnsi="Times New Roman" w:cs="Times New Roman"/>
          <w:sz w:val="28"/>
          <w:szCs w:val="28"/>
        </w:rPr>
        <w:t>hành nghĩa v</w:t>
      </w:r>
      <w:r w:rsidRPr="00AF087A">
        <w:rPr>
          <w:rFonts w:ascii="Times New Roman" w:hAnsi="Times New Roman" w:cs="Times New Roman"/>
          <w:sz w:val="28"/>
          <w:szCs w:val="28"/>
        </w:rPr>
        <w:t>ụ</w:t>
      </w:r>
      <w:r w:rsidRPr="00AF087A">
        <w:rPr>
          <w:rFonts w:ascii="Times New Roman" w:hAnsi="Times New Roman" w:cs="Times New Roman"/>
          <w:sz w:val="28"/>
          <w:szCs w:val="28"/>
        </w:rPr>
        <w:t xml:space="preserve"> đóng h</w:t>
      </w:r>
      <w:r w:rsidRPr="00AF087A">
        <w:rPr>
          <w:rFonts w:ascii="Times New Roman" w:hAnsi="Times New Roman" w:cs="Times New Roman"/>
          <w:sz w:val="28"/>
          <w:szCs w:val="28"/>
        </w:rPr>
        <w:t>ọ</w:t>
      </w:r>
      <w:r w:rsidRPr="00AF087A">
        <w:rPr>
          <w:rFonts w:ascii="Times New Roman" w:hAnsi="Times New Roman" w:cs="Times New Roman"/>
          <w:sz w:val="28"/>
          <w:szCs w:val="28"/>
        </w:rPr>
        <w:t>c phí theo quy đ</w:t>
      </w:r>
      <w:r w:rsidRPr="00AF087A">
        <w:rPr>
          <w:rFonts w:ascii="Times New Roman" w:hAnsi="Times New Roman" w:cs="Times New Roman"/>
          <w:sz w:val="28"/>
          <w:szCs w:val="28"/>
        </w:rPr>
        <w:t>ị</w:t>
      </w:r>
      <w:r w:rsidRPr="00AF087A">
        <w:rPr>
          <w:rFonts w:ascii="Times New Roman" w:hAnsi="Times New Roman" w:cs="Times New Roman"/>
          <w:sz w:val="28"/>
          <w:szCs w:val="28"/>
        </w:rPr>
        <w:t>nh c</w:t>
      </w:r>
      <w:r w:rsidRPr="00AF087A">
        <w:rPr>
          <w:rFonts w:ascii="Times New Roman" w:hAnsi="Times New Roman" w:cs="Times New Roman"/>
          <w:sz w:val="28"/>
          <w:szCs w:val="28"/>
        </w:rPr>
        <w:t>ủ</w:t>
      </w:r>
      <w:r w:rsidRPr="00AF087A">
        <w:rPr>
          <w:rFonts w:ascii="Times New Roman" w:hAnsi="Times New Roman" w:cs="Times New Roman"/>
          <w:sz w:val="28"/>
          <w:szCs w:val="28"/>
        </w:rPr>
        <w:t>a H</w:t>
      </w:r>
      <w:r w:rsidRPr="00AF087A">
        <w:rPr>
          <w:rFonts w:ascii="Times New Roman" w:hAnsi="Times New Roman" w:cs="Times New Roman"/>
          <w:sz w:val="28"/>
          <w:szCs w:val="28"/>
        </w:rPr>
        <w:t>ọ</w:t>
      </w:r>
      <w:r w:rsidRPr="00AF087A">
        <w:rPr>
          <w:rFonts w:ascii="Times New Roman" w:hAnsi="Times New Roman" w:cs="Times New Roman"/>
          <w:sz w:val="28"/>
          <w:szCs w:val="28"/>
        </w:rPr>
        <w:t>c vi</w:t>
      </w:r>
      <w:r w:rsidRPr="00AF087A">
        <w:rPr>
          <w:rFonts w:ascii="Times New Roman" w:hAnsi="Times New Roman" w:cs="Times New Roman"/>
          <w:sz w:val="28"/>
          <w:szCs w:val="28"/>
        </w:rPr>
        <w:t>ệ</w:t>
      </w:r>
      <w:r w:rsidRPr="00AF087A">
        <w:rPr>
          <w:rFonts w:ascii="Times New Roman" w:hAnsi="Times New Roman" w:cs="Times New Roman"/>
          <w:sz w:val="28"/>
          <w:szCs w:val="28"/>
        </w:rPr>
        <w:t>n Cán b</w:t>
      </w:r>
      <w:r w:rsidRPr="00AF087A">
        <w:rPr>
          <w:rFonts w:ascii="Times New Roman" w:hAnsi="Times New Roman" w:cs="Times New Roman"/>
          <w:sz w:val="28"/>
          <w:szCs w:val="28"/>
        </w:rPr>
        <w:t>ộ</w:t>
      </w:r>
      <w:r w:rsidRPr="00AF087A">
        <w:rPr>
          <w:rFonts w:ascii="Times New Roman" w:hAnsi="Times New Roman" w:cs="Times New Roman"/>
          <w:sz w:val="28"/>
          <w:szCs w:val="28"/>
        </w:rPr>
        <w:t xml:space="preserve"> đ</w:t>
      </w:r>
      <w:r w:rsidRPr="00AF087A">
        <w:rPr>
          <w:rFonts w:ascii="Times New Roman" w:hAnsi="Times New Roman" w:cs="Times New Roman"/>
          <w:sz w:val="28"/>
          <w:szCs w:val="28"/>
        </w:rPr>
        <w:t>ề</w:t>
      </w:r>
      <w:r w:rsidRPr="00AF087A">
        <w:rPr>
          <w:rFonts w:ascii="Times New Roman" w:hAnsi="Times New Roman" w:cs="Times New Roman"/>
          <w:sz w:val="28"/>
          <w:szCs w:val="28"/>
        </w:rPr>
        <w:t xml:space="preserve"> ra.</w:t>
      </w:r>
    </w:p>
    <w:tbl>
      <w:tblPr>
        <w:tblStyle w:val="TableGrid"/>
        <w:tblW w:w="5954" w:type="dxa"/>
        <w:tblInd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</w:tblGrid>
      <w:tr w:rsidR="00AF087A" w:rsidRPr="00AF087A" w:rsidTr="00AF087A">
        <w:tc>
          <w:tcPr>
            <w:tcW w:w="5954" w:type="dxa"/>
          </w:tcPr>
          <w:p w:rsidR="00AF087A" w:rsidRPr="00AF087A" w:rsidRDefault="00AF087A" w:rsidP="00AF087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087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TP.Hồ Chí Minh </w:t>
            </w:r>
            <w:r w:rsidRPr="00AF087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ngày ...... tháng ...... năm </w:t>
            </w:r>
            <w:r w:rsidRPr="00AF087A">
              <w:rPr>
                <w:rFonts w:ascii="Times New Roman" w:hAnsi="Times New Roman" w:cs="Times New Roman"/>
                <w:i/>
                <w:sz w:val="28"/>
                <w:szCs w:val="28"/>
              </w:rPr>
              <w:t>2025</w:t>
            </w:r>
          </w:p>
          <w:p w:rsidR="00AF087A" w:rsidRPr="00AF087A" w:rsidRDefault="00AF087A" w:rsidP="00AF087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087A">
              <w:rPr>
                <w:rFonts w:ascii="Times New Roman" w:hAnsi="Times New Roman" w:cs="Times New Roman"/>
                <w:b/>
                <w:sz w:val="28"/>
                <w:szCs w:val="28"/>
              </w:rPr>
              <w:t>Người đăng ký</w:t>
            </w:r>
          </w:p>
          <w:p w:rsidR="00AF087A" w:rsidRPr="00AF087A" w:rsidRDefault="00AF087A" w:rsidP="00AF087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087A">
              <w:rPr>
                <w:rFonts w:ascii="Times New Roman" w:hAnsi="Times New Roman" w:cs="Times New Roman"/>
                <w:i/>
                <w:sz w:val="28"/>
                <w:szCs w:val="28"/>
              </w:rPr>
              <w:t>(Ký, ghi rõ họ tên)</w:t>
            </w:r>
          </w:p>
          <w:p w:rsidR="00AF087A" w:rsidRPr="00AF087A" w:rsidRDefault="00AF08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3C69" w:rsidRPr="00AF087A" w:rsidRDefault="00783C69">
      <w:pPr>
        <w:rPr>
          <w:rFonts w:ascii="Times New Roman" w:hAnsi="Times New Roman" w:cs="Times New Roman"/>
        </w:rPr>
      </w:pPr>
    </w:p>
    <w:p w:rsidR="00AF087A" w:rsidRPr="00AF087A" w:rsidRDefault="00AF087A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AF087A" w:rsidRPr="00AF087A" w:rsidSect="00AF087A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83C69"/>
    <w:rsid w:val="00AA1D8D"/>
    <w:rsid w:val="00AF087A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0BF66F"/>
  <w14:defaultImageDpi w14:val="300"/>
  <w15:docId w15:val="{DD8DE6C7-6428-434A-9009-D2DD441D2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81B8170-B125-42D9-B84A-906D19AC6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Truong Thi Hong</cp:lastModifiedBy>
  <cp:revision>2</cp:revision>
  <dcterms:created xsi:type="dcterms:W3CDTF">2013-12-23T23:15:00Z</dcterms:created>
  <dcterms:modified xsi:type="dcterms:W3CDTF">2025-09-23T05:33:00Z</dcterms:modified>
  <cp:category/>
</cp:coreProperties>
</file>