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6DD" w:rsidRDefault="00CD42C0" w:rsidP="001B2651">
      <w:pPr>
        <w:spacing w:after="0" w:line="340" w:lineRule="atLeast"/>
        <w:jc w:val="center"/>
      </w:pPr>
      <w:r>
        <w:rPr>
          <w:b/>
          <w:sz w:val="32"/>
        </w:rPr>
        <w:t>KỊCH BẢN TIẾT MỤC DỰ THI</w:t>
      </w:r>
      <w:r>
        <w:rPr>
          <w:b/>
          <w:sz w:val="32"/>
        </w:rPr>
        <w:br/>
        <w:t>“BÁC HỒ TRONG TIM TA”</w:t>
      </w:r>
    </w:p>
    <w:p w:rsidR="00270FFF" w:rsidRDefault="00CD42C0" w:rsidP="001B2651">
      <w:pPr>
        <w:spacing w:after="0" w:line="340" w:lineRule="atLeast"/>
        <w:jc w:val="center"/>
        <w:rPr>
          <w:b/>
          <w:i/>
          <w:sz w:val="28"/>
        </w:rPr>
      </w:pPr>
      <w:r>
        <w:rPr>
          <w:b/>
          <w:i/>
          <w:sz w:val="28"/>
        </w:rPr>
        <w:t xml:space="preserve">Tên tiết mục: </w:t>
      </w:r>
      <w:r w:rsidR="00270FFF" w:rsidRPr="00270FFF">
        <w:rPr>
          <w:b/>
          <w:i/>
          <w:sz w:val="28"/>
        </w:rPr>
        <w:t xml:space="preserve">Tuổi trẻ làm theo lời Bác </w:t>
      </w:r>
    </w:p>
    <w:p w:rsidR="00F236DD" w:rsidRDefault="00CD42C0" w:rsidP="001B2651">
      <w:pPr>
        <w:spacing w:after="0" w:line="340" w:lineRule="atLeast"/>
      </w:pPr>
      <w:r>
        <w:rPr>
          <w:b/>
        </w:rPr>
        <w:t>Thông điệp: Tình yêu Bác không chỉ được</w:t>
      </w:r>
      <w:r w:rsidR="00F3140F">
        <w:rPr>
          <w:b/>
        </w:rPr>
        <w:t xml:space="preserve"> thể hiện qua lời ca, tiếng hát</w:t>
      </w:r>
      <w:r>
        <w:rPr>
          <w:b/>
        </w:rPr>
        <w:t xml:space="preserve"> mà còn phải được chuyển hóa thành việc học tập, rèn luyện, ứng xử văn hóa và cống hiến thiết thực mỗi ngày.</w:t>
      </w:r>
    </w:p>
    <w:p w:rsidR="00F236DD" w:rsidRDefault="00CD42C0" w:rsidP="001B2651">
      <w:pPr>
        <w:pStyle w:val="Heading1"/>
        <w:spacing w:before="0" w:line="340" w:lineRule="atLeast"/>
      </w:pPr>
      <w:r>
        <w:rPr>
          <w:rFonts w:ascii="Times New Roman" w:eastAsia="Times New Roman" w:hAnsi="Times New Roman"/>
          <w:sz w:val="30"/>
        </w:rPr>
        <w:t>I. THÔNG TIN CHUNG</w:t>
      </w:r>
    </w:p>
    <w:tbl>
      <w:tblPr>
        <w:tblStyle w:val="TableGrid"/>
        <w:tblW w:w="0" w:type="auto"/>
        <w:jc w:val="center"/>
        <w:tblLook w:val="04A0" w:firstRow="1" w:lastRow="0" w:firstColumn="1" w:lastColumn="0" w:noHBand="0" w:noVBand="1"/>
      </w:tblPr>
      <w:tblGrid>
        <w:gridCol w:w="2835"/>
        <w:gridCol w:w="6236"/>
      </w:tblGrid>
      <w:tr w:rsidR="00F236DD">
        <w:trPr>
          <w:jc w:val="center"/>
        </w:trPr>
        <w:tc>
          <w:tcPr>
            <w:tcW w:w="2835" w:type="dxa"/>
            <w:shd w:val="clear" w:color="auto" w:fill="D9EAF7"/>
            <w:vAlign w:val="center"/>
          </w:tcPr>
          <w:p w:rsidR="00F236DD" w:rsidRDefault="00CD42C0" w:rsidP="001B2651">
            <w:pPr>
              <w:spacing w:after="0" w:line="340" w:lineRule="atLeast"/>
            </w:pPr>
            <w:r>
              <w:rPr>
                <w:b/>
              </w:rPr>
              <w:t>Nội dung</w:t>
            </w:r>
          </w:p>
        </w:tc>
        <w:tc>
          <w:tcPr>
            <w:tcW w:w="6236" w:type="dxa"/>
            <w:shd w:val="clear" w:color="auto" w:fill="D9EAF7"/>
            <w:vAlign w:val="center"/>
          </w:tcPr>
          <w:p w:rsidR="00F236DD" w:rsidRDefault="00CD42C0" w:rsidP="001B2651">
            <w:pPr>
              <w:spacing w:after="0" w:line="340" w:lineRule="atLeast"/>
            </w:pPr>
            <w:r>
              <w:rPr>
                <w:b/>
              </w:rPr>
              <w:t>Thông tin</w:t>
            </w:r>
          </w:p>
        </w:tc>
      </w:tr>
      <w:tr w:rsidR="00F236DD">
        <w:trPr>
          <w:jc w:val="center"/>
        </w:trPr>
        <w:tc>
          <w:tcPr>
            <w:tcW w:w="2835" w:type="dxa"/>
          </w:tcPr>
          <w:p w:rsidR="00F236DD" w:rsidRDefault="00CD42C0" w:rsidP="001B2651">
            <w:pPr>
              <w:spacing w:after="0" w:line="340" w:lineRule="atLeast"/>
            </w:pPr>
            <w:r>
              <w:t>Tên tiết mục</w:t>
            </w:r>
          </w:p>
        </w:tc>
        <w:tc>
          <w:tcPr>
            <w:tcW w:w="6236" w:type="dxa"/>
          </w:tcPr>
          <w:p w:rsidR="00F236DD" w:rsidRDefault="00270FFF" w:rsidP="001B2651">
            <w:pPr>
              <w:spacing w:after="0" w:line="340" w:lineRule="atLeast"/>
            </w:pPr>
            <w:r w:rsidRPr="00270FFF">
              <w:rPr>
                <w:b/>
                <w:i/>
                <w:sz w:val="28"/>
              </w:rPr>
              <w:t xml:space="preserve">Tuổi trẻ làm theo lời Bác </w:t>
            </w:r>
          </w:p>
        </w:tc>
      </w:tr>
      <w:tr w:rsidR="00F236DD">
        <w:trPr>
          <w:jc w:val="center"/>
        </w:trPr>
        <w:tc>
          <w:tcPr>
            <w:tcW w:w="2835" w:type="dxa"/>
          </w:tcPr>
          <w:p w:rsidR="00F236DD" w:rsidRDefault="00CD42C0" w:rsidP="001B2651">
            <w:pPr>
              <w:spacing w:after="0" w:line="340" w:lineRule="atLeast"/>
            </w:pPr>
            <w:r>
              <w:t>Chủ đề</w:t>
            </w:r>
            <w:r w:rsidR="00270FFF">
              <w:t xml:space="preserve"> cuộc thi “Bác Hồ trong tim ta”</w:t>
            </w:r>
          </w:p>
        </w:tc>
        <w:tc>
          <w:tcPr>
            <w:tcW w:w="6236" w:type="dxa"/>
          </w:tcPr>
          <w:p w:rsidR="00F236DD" w:rsidRDefault="00CD42C0" w:rsidP="001B2651">
            <w:pPr>
              <w:spacing w:after="0" w:line="340" w:lineRule="atLeast"/>
            </w:pPr>
            <w:r>
              <w:t>Bác Hồ trong tim ta</w:t>
            </w:r>
          </w:p>
        </w:tc>
      </w:tr>
      <w:tr w:rsidR="00F236DD">
        <w:trPr>
          <w:jc w:val="center"/>
        </w:trPr>
        <w:tc>
          <w:tcPr>
            <w:tcW w:w="2835" w:type="dxa"/>
          </w:tcPr>
          <w:p w:rsidR="00F236DD" w:rsidRDefault="00CD42C0" w:rsidP="001B2651">
            <w:pPr>
              <w:spacing w:after="0" w:line="340" w:lineRule="atLeast"/>
            </w:pPr>
            <w:r>
              <w:t>Hình thức thể hiện</w:t>
            </w:r>
          </w:p>
        </w:tc>
        <w:tc>
          <w:tcPr>
            <w:tcW w:w="6236" w:type="dxa"/>
          </w:tcPr>
          <w:p w:rsidR="00F236DD" w:rsidRDefault="00CD42C0" w:rsidP="001B2651">
            <w:pPr>
              <w:spacing w:after="0" w:line="340" w:lineRule="atLeast"/>
            </w:pPr>
            <w:r>
              <w:t>Kể chu</w:t>
            </w:r>
            <w:r w:rsidR="00270FFF">
              <w:t>yện - kịch minh họa - Ngâm thơ - H</w:t>
            </w:r>
            <w:r>
              <w:t>át tốp ca</w:t>
            </w:r>
          </w:p>
        </w:tc>
      </w:tr>
      <w:tr w:rsidR="00F236DD">
        <w:trPr>
          <w:jc w:val="center"/>
        </w:trPr>
        <w:tc>
          <w:tcPr>
            <w:tcW w:w="2835" w:type="dxa"/>
          </w:tcPr>
          <w:p w:rsidR="00F236DD" w:rsidRDefault="00CD42C0" w:rsidP="001B2651">
            <w:pPr>
              <w:spacing w:after="0" w:line="340" w:lineRule="atLeast"/>
            </w:pPr>
            <w:r>
              <w:t>Câu chuyện minh họa</w:t>
            </w:r>
          </w:p>
        </w:tc>
        <w:tc>
          <w:tcPr>
            <w:tcW w:w="6236" w:type="dxa"/>
          </w:tcPr>
          <w:p w:rsidR="00F236DD" w:rsidRDefault="00BB4EC9" w:rsidP="001B2651">
            <w:pPr>
              <w:spacing w:after="0" w:line="340" w:lineRule="atLeast"/>
            </w:pPr>
            <w:r>
              <w:t>“</w:t>
            </w:r>
            <w:r w:rsidR="00CD42C0">
              <w:t>Chiếc đồng hồ</w:t>
            </w:r>
            <w:r>
              <w:t>”</w:t>
            </w:r>
          </w:p>
        </w:tc>
      </w:tr>
      <w:tr w:rsidR="00F236DD">
        <w:trPr>
          <w:jc w:val="center"/>
        </w:trPr>
        <w:tc>
          <w:tcPr>
            <w:tcW w:w="2835" w:type="dxa"/>
          </w:tcPr>
          <w:p w:rsidR="00F236DD" w:rsidRDefault="00CD42C0" w:rsidP="001B2651">
            <w:pPr>
              <w:spacing w:after="0" w:line="340" w:lineRule="atLeast"/>
            </w:pPr>
            <w:r>
              <w:t>Bài hát kết</w:t>
            </w:r>
          </w:p>
        </w:tc>
        <w:tc>
          <w:tcPr>
            <w:tcW w:w="6236" w:type="dxa"/>
          </w:tcPr>
          <w:p w:rsidR="00F236DD" w:rsidRDefault="00BB4EC9" w:rsidP="001B2651">
            <w:pPr>
              <w:spacing w:after="0" w:line="340" w:lineRule="atLeast"/>
            </w:pPr>
            <w:r>
              <w:t>“</w:t>
            </w:r>
            <w:r w:rsidR="001B2651">
              <w:rPr>
                <w:lang w:val="vi-VN"/>
              </w:rPr>
              <w:t xml:space="preserve">Khát vọng Tuổi trẻ - </w:t>
            </w:r>
            <w:r>
              <w:t>T</w:t>
            </w:r>
            <w:r w:rsidR="00270FFF">
              <w:t xml:space="preserve">uổi trẻ thế hệ Bác Hồ” </w:t>
            </w:r>
          </w:p>
        </w:tc>
      </w:tr>
      <w:tr w:rsidR="00F236DD">
        <w:trPr>
          <w:jc w:val="center"/>
        </w:trPr>
        <w:tc>
          <w:tcPr>
            <w:tcW w:w="2835" w:type="dxa"/>
          </w:tcPr>
          <w:p w:rsidR="00F236DD" w:rsidRDefault="00CD42C0" w:rsidP="001B2651">
            <w:pPr>
              <w:spacing w:after="0" w:line="340" w:lineRule="atLeast"/>
            </w:pPr>
            <w:r>
              <w:t>Thời lượng</w:t>
            </w:r>
          </w:p>
        </w:tc>
        <w:tc>
          <w:tcPr>
            <w:tcW w:w="6236" w:type="dxa"/>
          </w:tcPr>
          <w:p w:rsidR="00F236DD" w:rsidRDefault="00BB4EC9" w:rsidP="001B2651">
            <w:pPr>
              <w:spacing w:after="0" w:line="340" w:lineRule="atLeast"/>
            </w:pPr>
            <w:r>
              <w:t xml:space="preserve">Khoảng </w:t>
            </w:r>
            <w:r w:rsidR="005D7B74">
              <w:t>10</w:t>
            </w:r>
            <w:r w:rsidR="00CD42C0">
              <w:t xml:space="preserve"> phút</w:t>
            </w:r>
          </w:p>
        </w:tc>
      </w:tr>
      <w:tr w:rsidR="00F236DD">
        <w:trPr>
          <w:jc w:val="center"/>
        </w:trPr>
        <w:tc>
          <w:tcPr>
            <w:tcW w:w="2835" w:type="dxa"/>
          </w:tcPr>
          <w:p w:rsidR="00F236DD" w:rsidRDefault="00CD42C0" w:rsidP="001B2651">
            <w:pPr>
              <w:spacing w:after="0" w:line="340" w:lineRule="atLeast"/>
            </w:pPr>
            <w:r>
              <w:t>Số lượng tham gia</w:t>
            </w:r>
          </w:p>
        </w:tc>
        <w:tc>
          <w:tcPr>
            <w:tcW w:w="6236" w:type="dxa"/>
          </w:tcPr>
          <w:p w:rsidR="00F236DD" w:rsidRDefault="005D7B74" w:rsidP="001B2651">
            <w:pPr>
              <w:spacing w:after="0" w:line="340" w:lineRule="atLeast"/>
            </w:pPr>
            <w:r>
              <w:t>Khoảng 6-7 thành viên: Cô Huyên, cô Thơm, cô Thắm, cô Hoàng Trang, cô Vân</w:t>
            </w:r>
            <w:r w:rsidR="00270FFF">
              <w:t>, 3 sinh viên hỗ trợ.</w:t>
            </w:r>
          </w:p>
        </w:tc>
      </w:tr>
    </w:tbl>
    <w:p w:rsidR="00F236DD" w:rsidRPr="001B2651" w:rsidRDefault="00DB333D" w:rsidP="001B2651">
      <w:pPr>
        <w:pStyle w:val="Heading1"/>
        <w:spacing w:before="0" w:line="340" w:lineRule="atLeast"/>
      </w:pPr>
      <w:r w:rsidRPr="001B2651">
        <w:rPr>
          <w:rFonts w:ascii="Times New Roman" w:eastAsia="Times New Roman" w:hAnsi="Times New Roman"/>
        </w:rPr>
        <w:t>II</w:t>
      </w:r>
      <w:r w:rsidR="00CD42C0" w:rsidRPr="001B2651">
        <w:rPr>
          <w:rFonts w:ascii="Times New Roman" w:eastAsia="Times New Roman" w:hAnsi="Times New Roman"/>
        </w:rPr>
        <w:t>. KỊCH BẢN CHI TIẾT</w:t>
      </w:r>
    </w:p>
    <w:p w:rsidR="00F236DD" w:rsidRPr="001B2651" w:rsidRDefault="001B2651" w:rsidP="001B2651">
      <w:pPr>
        <w:pStyle w:val="Heading2"/>
        <w:spacing w:before="0" w:line="340" w:lineRule="atLeast"/>
        <w:rPr>
          <w:rFonts w:ascii="Times New Roman" w:hAnsi="Times New Roman" w:cs="Times New Roman"/>
          <w:b w:val="0"/>
          <w:sz w:val="28"/>
          <w:szCs w:val="28"/>
        </w:rPr>
      </w:pPr>
      <w:r w:rsidRPr="00535B25">
        <w:rPr>
          <w:rFonts w:ascii="Times New Roman" w:eastAsia="Times New Roman" w:hAnsi="Times New Roman" w:cs="Times New Roman"/>
          <w:sz w:val="28"/>
          <w:szCs w:val="28"/>
        </w:rPr>
        <w:t xml:space="preserve">Cảnh </w:t>
      </w:r>
      <w:r w:rsidRPr="00535B25">
        <w:rPr>
          <w:rFonts w:ascii="Times New Roman" w:eastAsia="Times New Roman" w:hAnsi="Times New Roman" w:cs="Times New Roman"/>
          <w:sz w:val="28"/>
          <w:szCs w:val="28"/>
          <w:lang w:val="vi-VN"/>
        </w:rPr>
        <w:t>1:</w:t>
      </w:r>
      <w:r w:rsidRPr="001B2651">
        <w:rPr>
          <w:rFonts w:ascii="Times New Roman" w:eastAsia="Times New Roman" w:hAnsi="Times New Roman" w:cs="Times New Roman"/>
          <w:b w:val="0"/>
          <w:sz w:val="28"/>
          <w:szCs w:val="28"/>
          <w:lang w:val="vi-VN"/>
        </w:rPr>
        <w:t xml:space="preserve"> </w:t>
      </w:r>
      <w:r w:rsidR="00CD42C0" w:rsidRPr="001B2651">
        <w:rPr>
          <w:rFonts w:ascii="Times New Roman" w:hAnsi="Times New Roman" w:cs="Times New Roman"/>
          <w:b w:val="0"/>
          <w:sz w:val="28"/>
          <w:szCs w:val="28"/>
        </w:rPr>
        <w:t>Thời lượng: khoảng 1 phút 30 giây. Bối cảnh: sân khấu bố trí như một góc sinh hoạt lớp; 3 sinh viên trao đổi trước giờ sinh hoạt chuyên đề.</w:t>
      </w:r>
    </w:p>
    <w:tbl>
      <w:tblPr>
        <w:tblStyle w:val="TableGrid"/>
        <w:tblW w:w="0" w:type="auto"/>
        <w:jc w:val="center"/>
        <w:tblLook w:val="04A0" w:firstRow="1" w:lastRow="0" w:firstColumn="1" w:lastColumn="0" w:noHBand="0" w:noVBand="1"/>
      </w:tblPr>
      <w:tblGrid>
        <w:gridCol w:w="4160"/>
        <w:gridCol w:w="5915"/>
      </w:tblGrid>
      <w:tr w:rsidR="00F236DD" w:rsidTr="001B2651">
        <w:trPr>
          <w:jc w:val="center"/>
        </w:trPr>
        <w:tc>
          <w:tcPr>
            <w:tcW w:w="4160" w:type="dxa"/>
            <w:shd w:val="clear" w:color="auto" w:fill="D9EAF7"/>
          </w:tcPr>
          <w:p w:rsidR="00F236DD" w:rsidRDefault="00CD42C0" w:rsidP="001B2651">
            <w:pPr>
              <w:spacing w:after="0" w:line="340" w:lineRule="atLeast"/>
            </w:pPr>
            <w:r>
              <w:rPr>
                <w:b/>
              </w:rPr>
              <w:t>Nhân vật / Thành viên</w:t>
            </w:r>
          </w:p>
        </w:tc>
        <w:tc>
          <w:tcPr>
            <w:tcW w:w="5915" w:type="dxa"/>
            <w:shd w:val="clear" w:color="auto" w:fill="D9EAF7"/>
          </w:tcPr>
          <w:p w:rsidR="00F236DD" w:rsidRDefault="00CD42C0" w:rsidP="001B2651">
            <w:pPr>
              <w:spacing w:after="0" w:line="340" w:lineRule="atLeast"/>
            </w:pPr>
            <w:r>
              <w:rPr>
                <w:b/>
              </w:rPr>
              <w:t>Lời thoại / Hành động biểu diễn</w:t>
            </w:r>
          </w:p>
        </w:tc>
      </w:tr>
      <w:tr w:rsidR="00F236DD" w:rsidTr="001B2651">
        <w:trPr>
          <w:jc w:val="center"/>
        </w:trPr>
        <w:tc>
          <w:tcPr>
            <w:tcW w:w="4160" w:type="dxa"/>
          </w:tcPr>
          <w:p w:rsidR="00F236DD" w:rsidRDefault="00DB333D" w:rsidP="001B2651">
            <w:pPr>
              <w:spacing w:after="0" w:line="340" w:lineRule="atLeast"/>
            </w:pPr>
            <w:r>
              <w:t xml:space="preserve">SV1: </w:t>
            </w:r>
            <w:r w:rsidR="00BD1625">
              <w:t>Cô Thơm</w:t>
            </w:r>
          </w:p>
        </w:tc>
        <w:tc>
          <w:tcPr>
            <w:tcW w:w="5915" w:type="dxa"/>
          </w:tcPr>
          <w:p w:rsidR="00F236DD" w:rsidRPr="001B2651" w:rsidRDefault="00693CF7" w:rsidP="00693CF7">
            <w:pPr>
              <w:spacing w:after="0" w:line="340" w:lineRule="atLeast"/>
              <w:rPr>
                <w:lang w:val="vi-VN"/>
              </w:rPr>
            </w:pPr>
            <w:r>
              <w:t xml:space="preserve">Sắp đến giờ sinh hoạt chuyên đề rồi, các bạn chuẩn bị xong chưa? Hôm nay lớp mình tham gia chuyên đề </w:t>
            </w:r>
            <w:r>
              <w:rPr>
                <w:rStyle w:val="Strong"/>
              </w:rPr>
              <w:t>“Bác Hồ trong tim ta”</w:t>
            </w:r>
            <w:r>
              <w:t xml:space="preserve"> đó.</w:t>
            </w:r>
          </w:p>
        </w:tc>
      </w:tr>
      <w:tr w:rsidR="00F236DD" w:rsidTr="001B2651">
        <w:trPr>
          <w:jc w:val="center"/>
        </w:trPr>
        <w:tc>
          <w:tcPr>
            <w:tcW w:w="4160" w:type="dxa"/>
          </w:tcPr>
          <w:p w:rsidR="00F236DD" w:rsidRPr="001B2651" w:rsidRDefault="001B2651" w:rsidP="001B2651">
            <w:pPr>
              <w:spacing w:after="0" w:line="340" w:lineRule="atLeast"/>
              <w:rPr>
                <w:lang w:val="vi-VN"/>
              </w:rPr>
            </w:pPr>
            <w:r>
              <w:t>SV2:</w:t>
            </w:r>
            <w:r>
              <w:rPr>
                <w:lang w:val="vi-VN"/>
              </w:rPr>
              <w:t xml:space="preserve"> Long</w:t>
            </w:r>
          </w:p>
        </w:tc>
        <w:tc>
          <w:tcPr>
            <w:tcW w:w="5915" w:type="dxa"/>
          </w:tcPr>
          <w:p w:rsidR="00F236DD" w:rsidRDefault="00693CF7" w:rsidP="00693CF7">
            <w:pPr>
              <w:spacing w:after="0" w:line="340" w:lineRule="atLeast"/>
            </w:pPr>
            <w:r>
              <w:t>Chủ đề này nghe quen thật. Năm nào mình cũng được học, được nghe kể về Bác. Nhưng thú thật, mình vẫn nghĩ học Bác là điều gì đó rất lớn lao; sinh viên như tụi mình chắc khó làm được.</w:t>
            </w:r>
          </w:p>
        </w:tc>
      </w:tr>
      <w:tr w:rsidR="00F236DD" w:rsidTr="001B2651">
        <w:trPr>
          <w:jc w:val="center"/>
        </w:trPr>
        <w:tc>
          <w:tcPr>
            <w:tcW w:w="4160" w:type="dxa"/>
          </w:tcPr>
          <w:p w:rsidR="00F236DD" w:rsidRDefault="001316D4" w:rsidP="001B2651">
            <w:pPr>
              <w:spacing w:after="0" w:line="340" w:lineRule="atLeast"/>
            </w:pPr>
            <w:r>
              <w:t>Cô Huyên đi từ cánh gà vào</w:t>
            </w:r>
          </w:p>
          <w:p w:rsidR="001B2651" w:rsidRPr="001B2651" w:rsidRDefault="001B2651" w:rsidP="001B2651">
            <w:pPr>
              <w:spacing w:after="0" w:line="340" w:lineRule="atLeast"/>
              <w:rPr>
                <w:lang w:val="vi-VN"/>
              </w:rPr>
            </w:pPr>
            <w:r>
              <w:rPr>
                <w:lang w:val="vi-VN"/>
              </w:rPr>
              <w:t>Cả lớp đứng dậy chào cô giáo.</w:t>
            </w:r>
          </w:p>
        </w:tc>
        <w:tc>
          <w:tcPr>
            <w:tcW w:w="5915" w:type="dxa"/>
          </w:tcPr>
          <w:p w:rsidR="00693CF7" w:rsidRDefault="00693CF7" w:rsidP="00693CF7">
            <w:pPr>
              <w:spacing w:after="0" w:line="340" w:lineRule="atLeast"/>
            </w:pPr>
            <w:r>
              <w:t>Cô chào các em! Cô mời các em ngồi xuống.</w:t>
            </w:r>
          </w:p>
          <w:p w:rsidR="00693CF7" w:rsidRDefault="00693CF7" w:rsidP="00693CF7">
            <w:pPr>
              <w:spacing w:after="0" w:line="340" w:lineRule="atLeast"/>
            </w:pPr>
            <w:r>
              <w:t>Các em vừa nêu đúng vấn đề mà cô muốn chia sẻ trong chuyên đề “Bác Hồ trong tim ta” hôm nay. Nhiều người thường nghĩ học Bác là điều rất lớn lao, xa vời. Nhưng thật ra, học tập tư tưởng, đạo đức, phong cách Hồ Chí Minh có thể bắt đầu từ những việc rất bình dị trong cuộc sống hằng ngày: có trách nhiệm với công việc, biết yêu thương con người, tôn trọng tập thể và luôn đặt lợi ích chung lên trên lợi ích riêng.</w:t>
            </w:r>
          </w:p>
          <w:p w:rsidR="00F236DD" w:rsidRDefault="00693CF7" w:rsidP="00693CF7">
            <w:pPr>
              <w:spacing w:after="0" w:line="340" w:lineRule="atLeast"/>
            </w:pPr>
            <w:r>
              <w:t xml:space="preserve">Để hiểu rõ hơn điều đó, hôm nay cô trò chúng ta cùng đến với một câu chuyện rất giản dị nhưng sâu sắc về </w:t>
            </w:r>
            <w:r>
              <w:lastRenderedPageBreak/>
              <w:t xml:space="preserve">Bác: </w:t>
            </w:r>
            <w:r w:rsidRPr="00693CF7">
              <w:rPr>
                <w:b/>
              </w:rPr>
              <w:t>“Câu chuyện chiếc đồng hồ”.</w:t>
            </w:r>
          </w:p>
        </w:tc>
      </w:tr>
    </w:tbl>
    <w:p w:rsidR="00F236DD" w:rsidRDefault="00F236DD" w:rsidP="001B2651">
      <w:pPr>
        <w:spacing w:after="0" w:line="340" w:lineRule="atLeast"/>
      </w:pPr>
    </w:p>
    <w:p w:rsidR="00F236DD" w:rsidRDefault="00CD42C0" w:rsidP="001B2651">
      <w:pPr>
        <w:pStyle w:val="Heading2"/>
        <w:spacing w:before="0" w:line="340" w:lineRule="atLeast"/>
      </w:pPr>
      <w:r>
        <w:rPr>
          <w:rFonts w:ascii="Times New Roman" w:eastAsia="Times New Roman" w:hAnsi="Times New Roman"/>
          <w:sz w:val="28"/>
        </w:rPr>
        <w:t>Cảnh 2. Câu chuyện chiếc đồng hồ</w:t>
      </w:r>
    </w:p>
    <w:p w:rsidR="00F236DD" w:rsidRDefault="001B2651" w:rsidP="001B2651">
      <w:pPr>
        <w:spacing w:after="0" w:line="340" w:lineRule="atLeast"/>
      </w:pPr>
      <w:r>
        <w:rPr>
          <w:i/>
        </w:rPr>
        <w:t xml:space="preserve">Thời lượng: </w:t>
      </w:r>
      <w:r>
        <w:rPr>
          <w:i/>
          <w:lang w:val="vi-VN"/>
        </w:rPr>
        <w:t>K</w:t>
      </w:r>
      <w:r>
        <w:rPr>
          <w:i/>
        </w:rPr>
        <w:t xml:space="preserve">hoảng </w:t>
      </w:r>
      <w:r>
        <w:rPr>
          <w:i/>
          <w:lang w:val="vi-VN"/>
        </w:rPr>
        <w:t>3</w:t>
      </w:r>
      <w:r w:rsidR="00CD42C0">
        <w:rPr>
          <w:i/>
        </w:rPr>
        <w:t xml:space="preserve"> phút 30 </w:t>
      </w:r>
      <w:r w:rsidR="00BD1625">
        <w:rPr>
          <w:i/>
        </w:rPr>
        <w:t xml:space="preserve">giây. Đạo cụ: một chiếc đồng hồ. </w:t>
      </w:r>
      <w:r w:rsidR="00CD42C0">
        <w:rPr>
          <w:i/>
        </w:rPr>
        <w:t>Khi cô</w:t>
      </w:r>
      <w:r w:rsidR="00BD1625">
        <w:rPr>
          <w:i/>
        </w:rPr>
        <w:t xml:space="preserve"> giáo kể, các sinh viên ngồi</w:t>
      </w:r>
      <w:r w:rsidR="00CD42C0">
        <w:rPr>
          <w:i/>
        </w:rPr>
        <w:t xml:space="preserve"> đội hình bán nguyệt, hướng về đạo cụ.</w:t>
      </w:r>
    </w:p>
    <w:tbl>
      <w:tblPr>
        <w:tblStyle w:val="TableGrid"/>
        <w:tblW w:w="0" w:type="auto"/>
        <w:jc w:val="center"/>
        <w:tblLook w:val="04A0" w:firstRow="1" w:lastRow="0" w:firstColumn="1" w:lastColumn="0" w:noHBand="0" w:noVBand="1"/>
      </w:tblPr>
      <w:tblGrid>
        <w:gridCol w:w="4139"/>
        <w:gridCol w:w="5936"/>
      </w:tblGrid>
      <w:tr w:rsidR="00F236DD" w:rsidTr="001316D4">
        <w:trPr>
          <w:jc w:val="center"/>
        </w:trPr>
        <w:tc>
          <w:tcPr>
            <w:tcW w:w="4139" w:type="dxa"/>
            <w:shd w:val="clear" w:color="auto" w:fill="D9EAF7"/>
          </w:tcPr>
          <w:p w:rsidR="00F236DD" w:rsidRDefault="00CD42C0" w:rsidP="001B2651">
            <w:pPr>
              <w:spacing w:after="0" w:line="340" w:lineRule="atLeast"/>
            </w:pPr>
            <w:r>
              <w:rPr>
                <w:b/>
              </w:rPr>
              <w:t>Nhân vật / Thành viên</w:t>
            </w:r>
          </w:p>
        </w:tc>
        <w:tc>
          <w:tcPr>
            <w:tcW w:w="5936" w:type="dxa"/>
            <w:shd w:val="clear" w:color="auto" w:fill="D9EAF7"/>
          </w:tcPr>
          <w:p w:rsidR="00F236DD" w:rsidRDefault="00CD42C0" w:rsidP="001B2651">
            <w:pPr>
              <w:spacing w:after="0" w:line="340" w:lineRule="atLeast"/>
            </w:pPr>
            <w:r>
              <w:rPr>
                <w:b/>
              </w:rPr>
              <w:t>Lời thoại / Hành động biểu diễn</w:t>
            </w:r>
          </w:p>
        </w:tc>
      </w:tr>
      <w:tr w:rsidR="00F236DD" w:rsidTr="001316D4">
        <w:trPr>
          <w:jc w:val="center"/>
        </w:trPr>
        <w:tc>
          <w:tcPr>
            <w:tcW w:w="4139" w:type="dxa"/>
          </w:tcPr>
          <w:p w:rsidR="00F236DD" w:rsidRDefault="00CD42C0" w:rsidP="001B2651">
            <w:pPr>
              <w:spacing w:after="0" w:line="340" w:lineRule="atLeast"/>
            </w:pPr>
            <w:r>
              <w:t xml:space="preserve">Cô </w:t>
            </w:r>
            <w:r w:rsidR="00BD1625">
              <w:t xml:space="preserve">Huyên </w:t>
            </w:r>
            <w:r w:rsidR="003C26FD">
              <w:t>kể câu chuyện “Chiếc đồng hồ”</w:t>
            </w:r>
            <w:r w:rsidR="00DB333D">
              <w:t>, cả lớp ngồi chăm chú lắng nghe:</w:t>
            </w:r>
          </w:p>
        </w:tc>
        <w:tc>
          <w:tcPr>
            <w:tcW w:w="5936" w:type="dxa"/>
          </w:tcPr>
          <w:p w:rsidR="001B2651" w:rsidRDefault="001B2651" w:rsidP="001316D4">
            <w:pPr>
              <w:pStyle w:val="NormalWeb"/>
              <w:shd w:val="clear" w:color="auto" w:fill="FFFFFF"/>
              <w:spacing w:before="0" w:beforeAutospacing="0" w:after="0" w:afterAutospacing="0" w:line="340" w:lineRule="atLeast"/>
              <w:jc w:val="both"/>
              <w:rPr>
                <w:rFonts w:ascii="Roboto" w:hAnsi="Roboto"/>
                <w:color w:val="333333"/>
                <w:sz w:val="27"/>
                <w:szCs w:val="27"/>
              </w:rPr>
            </w:pPr>
            <w:r>
              <w:rPr>
                <w:rFonts w:ascii="Roboto" w:hAnsi="Roboto"/>
                <w:color w:val="333333"/>
                <w:sz w:val="27"/>
                <w:szCs w:val="27"/>
              </w:rPr>
              <w:t>Giữa mùa thu năm 1954, Bác đến thăm Hội nghị rút kinh nghiệm cải cách ruộng đất ở Hà Bắc. Tại hội nghị, được biết có lệnh của Trung ương rút bớt một số cán bộ đi học lớp tiếp quản thủ đô. Ai nấy cũng đều háo hức muốn đi, nhất là những người quê ở Hà Nội. Bao năm xa nhà, nhớ thủ đô, nay được dịp về công tác, ai ai cũng có nguyện vọng được đề nghị cấp trên chiếu cố. Tư tưởng cán bộ dự hội nghị có nhiều phân tán. Ban lãnh đạo ít nhiều thấy khó xử. Lúc đó, Bác lên diễn đàn, giữa mùa thu nhưng trời vẫn còn nóng, mồ hôi ướt đẫm hai bên vai áo nâu của Bác, Bác hiền từ nhìn khắp hội trường và nói chuyện về tình hình thời sự. Khi nói đến nhiệm vụ của toàn Đảng trong lúc này, Bác bỗng rút trong túi áo giơ ra một chiếc đồng hồ quả quýt và hỏi các đồng chí cán bộ trong hội trường từng câu hỏi về chức năng của từng bộ phận trong chiếc đồng hồ. Ai cũng đồng thanh trả lời đúng hết các câu hỏi của Bác. Đến câu hỏi:</w:t>
            </w:r>
          </w:p>
          <w:p w:rsidR="001B2651" w:rsidRDefault="001B2651" w:rsidP="001316D4">
            <w:pPr>
              <w:pStyle w:val="NormalWeb"/>
              <w:shd w:val="clear" w:color="auto" w:fill="FFFFFF"/>
              <w:spacing w:before="0" w:beforeAutospacing="0" w:after="0" w:afterAutospacing="0" w:line="340" w:lineRule="atLeast"/>
              <w:jc w:val="both"/>
              <w:rPr>
                <w:rFonts w:ascii="Roboto" w:hAnsi="Roboto"/>
                <w:color w:val="333333"/>
                <w:sz w:val="27"/>
                <w:szCs w:val="27"/>
              </w:rPr>
            </w:pPr>
            <w:r>
              <w:rPr>
                <w:rFonts w:ascii="Roboto" w:hAnsi="Roboto"/>
                <w:color w:val="333333"/>
                <w:sz w:val="27"/>
                <w:szCs w:val="27"/>
              </w:rPr>
              <w:t> -Trong cái đồng hồ, bộ phận nào là quan trọng? Khi mọi người còn đang suy nghĩ thì Bác lại hỏi:</w:t>
            </w:r>
          </w:p>
          <w:p w:rsidR="001B2651" w:rsidRDefault="001B2651" w:rsidP="001316D4">
            <w:pPr>
              <w:pStyle w:val="NormalWeb"/>
              <w:shd w:val="clear" w:color="auto" w:fill="FFFFFF"/>
              <w:spacing w:before="0" w:beforeAutospacing="0" w:after="0" w:afterAutospacing="0" w:line="340" w:lineRule="atLeast"/>
              <w:jc w:val="both"/>
              <w:rPr>
                <w:rFonts w:ascii="Roboto" w:hAnsi="Roboto"/>
                <w:color w:val="333333"/>
                <w:sz w:val="27"/>
                <w:szCs w:val="27"/>
              </w:rPr>
            </w:pPr>
            <w:r>
              <w:rPr>
                <w:rFonts w:ascii="Roboto" w:hAnsi="Roboto"/>
                <w:color w:val="333333"/>
                <w:sz w:val="27"/>
                <w:szCs w:val="27"/>
              </w:rPr>
              <w:t>- Trong cái đồng hồ, bỏ một bộ phận đi có được không?</w:t>
            </w:r>
          </w:p>
          <w:p w:rsidR="001B2651" w:rsidRDefault="001B2651" w:rsidP="001316D4">
            <w:pPr>
              <w:pStyle w:val="NormalWeb"/>
              <w:shd w:val="clear" w:color="auto" w:fill="FFFFFF"/>
              <w:spacing w:before="0" w:beforeAutospacing="0" w:after="0" w:afterAutospacing="0" w:line="340" w:lineRule="atLeast"/>
              <w:jc w:val="both"/>
              <w:rPr>
                <w:rFonts w:ascii="Roboto" w:hAnsi="Roboto"/>
                <w:color w:val="333333"/>
                <w:sz w:val="27"/>
                <w:szCs w:val="27"/>
              </w:rPr>
            </w:pPr>
            <w:r>
              <w:rPr>
                <w:rFonts w:ascii="Roboto" w:hAnsi="Roboto"/>
                <w:color w:val="333333"/>
                <w:sz w:val="27"/>
                <w:szCs w:val="27"/>
              </w:rPr>
              <w:t>- Thưa không được ạ.</w:t>
            </w:r>
          </w:p>
          <w:p w:rsidR="001B2651" w:rsidRDefault="001B2651" w:rsidP="001316D4">
            <w:pPr>
              <w:pStyle w:val="NormalWeb"/>
              <w:shd w:val="clear" w:color="auto" w:fill="FFFFFF"/>
              <w:spacing w:before="0" w:beforeAutospacing="0" w:after="0" w:afterAutospacing="0" w:line="340" w:lineRule="atLeast"/>
              <w:jc w:val="both"/>
              <w:rPr>
                <w:rFonts w:ascii="Roboto" w:hAnsi="Roboto"/>
                <w:color w:val="333333"/>
                <w:sz w:val="27"/>
                <w:szCs w:val="27"/>
              </w:rPr>
            </w:pPr>
            <w:r>
              <w:rPr>
                <w:rFonts w:ascii="Roboto" w:hAnsi="Roboto"/>
                <w:color w:val="333333"/>
                <w:sz w:val="27"/>
                <w:szCs w:val="27"/>
              </w:rPr>
              <w:t> Nghe mọi người trả lời, Bác bèn giơ cao chiếc đồng hồ lên và kết luận:    </w:t>
            </w:r>
          </w:p>
          <w:p w:rsidR="001B2651" w:rsidRDefault="001B2651" w:rsidP="001316D4">
            <w:pPr>
              <w:pStyle w:val="NormalWeb"/>
              <w:shd w:val="clear" w:color="auto" w:fill="FFFFFF"/>
              <w:spacing w:before="0" w:beforeAutospacing="0" w:after="0" w:afterAutospacing="0" w:line="340" w:lineRule="atLeast"/>
              <w:jc w:val="both"/>
              <w:rPr>
                <w:rFonts w:ascii="Roboto" w:hAnsi="Roboto"/>
                <w:color w:val="333333"/>
                <w:sz w:val="27"/>
                <w:szCs w:val="27"/>
              </w:rPr>
            </w:pPr>
            <w:r>
              <w:rPr>
                <w:rFonts w:ascii="Roboto" w:hAnsi="Roboto"/>
                <w:color w:val="333333"/>
                <w:sz w:val="27"/>
                <w:szCs w:val="27"/>
              </w:rPr>
              <w:t xml:space="preserve">   - Các chú ạ, các bộ phận của một chiếc đồng hồ cũng ví như các cơ quan của một Nhà nước, như các nhiệm vụ của cách mạng. Đã là nhiệm vụ của cách mạng thì đều là quan trọng, điều cần phải làm. Các chú thử nghĩ xem: trong một chiếc đồng hồ mà anh kim đòi làm anh chữ số, anh máy lại đòi ra ngoài làm cái mặt đồng hồ… cứ tranh nhau chỗ đứng như </w:t>
            </w:r>
            <w:r>
              <w:rPr>
                <w:rFonts w:ascii="Roboto" w:hAnsi="Roboto"/>
                <w:color w:val="333333"/>
                <w:sz w:val="27"/>
                <w:szCs w:val="27"/>
              </w:rPr>
              <w:lastRenderedPageBreak/>
              <w:t>thế thì còn là cái đồng hồ được không?   </w:t>
            </w:r>
          </w:p>
          <w:p w:rsidR="00F236DD" w:rsidRDefault="001B2651" w:rsidP="00693CF7">
            <w:pPr>
              <w:pStyle w:val="NormalWeb"/>
              <w:shd w:val="clear" w:color="auto" w:fill="FFFFFF"/>
              <w:spacing w:before="0" w:beforeAutospacing="0" w:after="0" w:afterAutospacing="0" w:line="340" w:lineRule="atLeast"/>
              <w:jc w:val="both"/>
            </w:pPr>
            <w:r>
              <w:rPr>
                <w:rFonts w:ascii="Roboto" w:hAnsi="Roboto"/>
                <w:color w:val="333333"/>
                <w:sz w:val="27"/>
                <w:szCs w:val="27"/>
              </w:rPr>
              <w:t> Chỉ trong ít phút ngắn ngủi, câu chuyện chiếc đồng hồ của Bác đã khiến cho ai nấy đều thấm thía, tự đánh tan được những suy nghĩ riêng tư của mình.      </w:t>
            </w:r>
          </w:p>
        </w:tc>
      </w:tr>
      <w:tr w:rsidR="00F236DD" w:rsidTr="001316D4">
        <w:trPr>
          <w:jc w:val="center"/>
        </w:trPr>
        <w:tc>
          <w:tcPr>
            <w:tcW w:w="4139" w:type="dxa"/>
          </w:tcPr>
          <w:p w:rsidR="00F236DD" w:rsidRDefault="00BD1625" w:rsidP="001B2651">
            <w:pPr>
              <w:spacing w:after="0" w:line="340" w:lineRule="atLeast"/>
            </w:pPr>
            <w:r>
              <w:lastRenderedPageBreak/>
              <w:t>Cô Huyên</w:t>
            </w:r>
          </w:p>
        </w:tc>
        <w:tc>
          <w:tcPr>
            <w:tcW w:w="5936" w:type="dxa"/>
          </w:tcPr>
          <w:p w:rsidR="00F236DD" w:rsidRDefault="00CD42C0" w:rsidP="001316D4">
            <w:pPr>
              <w:spacing w:after="0" w:line="340" w:lineRule="atLeast"/>
              <w:jc w:val="both"/>
            </w:pPr>
            <w:r>
              <w:t>Các em nhìn chiếc đồng hồ này. Một chiếc đồng hồ chạy đúng là nhờ nhiều bộ phận cùng phối hợp: kim giờ, kim phút, kim giây, bánh răng, trục xoay. Mỗi bộ phận có vị trí riêng, nhiệm vụ riêng. Nếu chỉ một bộ phận hoạt động không đúng, chiếc đồng hồ có thể chạy sai hoặc ngừng lại.</w:t>
            </w:r>
          </w:p>
        </w:tc>
      </w:tr>
      <w:tr w:rsidR="00F236DD" w:rsidTr="001316D4">
        <w:trPr>
          <w:jc w:val="center"/>
        </w:trPr>
        <w:tc>
          <w:tcPr>
            <w:tcW w:w="4139" w:type="dxa"/>
          </w:tcPr>
          <w:p w:rsidR="00F236DD" w:rsidRDefault="001316D4" w:rsidP="001B2651">
            <w:pPr>
              <w:spacing w:after="0" w:line="340" w:lineRule="atLeast"/>
            </w:pPr>
            <w:r>
              <w:t>SV</w:t>
            </w:r>
            <w:r w:rsidR="00DB333D">
              <w:t xml:space="preserve">: </w:t>
            </w:r>
            <w:r w:rsidR="00BD1625">
              <w:t>Quang Lộc</w:t>
            </w:r>
          </w:p>
        </w:tc>
        <w:tc>
          <w:tcPr>
            <w:tcW w:w="5936" w:type="dxa"/>
          </w:tcPr>
          <w:p w:rsidR="00F236DD" w:rsidRDefault="001316D4" w:rsidP="001316D4">
            <w:pPr>
              <w:spacing w:after="0" w:line="340" w:lineRule="atLeast"/>
              <w:jc w:val="both"/>
            </w:pPr>
            <w:r>
              <w:t>Dạ e</w:t>
            </w:r>
            <w:r>
              <w:t>m hiểu rồi ạ. Nghĩa là trong một tập thể, ai cũng có vị trí và trách nhiệm riêng; dù việc lớn hay nhỏ thì đều góp phần làm cho tập thể hoạt động tốt, đúng không cô?</w:t>
            </w:r>
            <w:r>
              <w:t xml:space="preserve"> </w:t>
            </w:r>
          </w:p>
        </w:tc>
      </w:tr>
      <w:tr w:rsidR="00F236DD" w:rsidTr="001316D4">
        <w:trPr>
          <w:jc w:val="center"/>
        </w:trPr>
        <w:tc>
          <w:tcPr>
            <w:tcW w:w="4139" w:type="dxa"/>
          </w:tcPr>
          <w:p w:rsidR="00F236DD" w:rsidRDefault="00BD1625" w:rsidP="001B2651">
            <w:pPr>
              <w:spacing w:after="0" w:line="340" w:lineRule="atLeast"/>
            </w:pPr>
            <w:r>
              <w:t>Cô Huyên</w:t>
            </w:r>
          </w:p>
        </w:tc>
        <w:tc>
          <w:tcPr>
            <w:tcW w:w="5936" w:type="dxa"/>
          </w:tcPr>
          <w:p w:rsidR="00F236DD" w:rsidRDefault="00CD42C0" w:rsidP="001316D4">
            <w:pPr>
              <w:spacing w:after="0" w:line="340" w:lineRule="atLeast"/>
              <w:jc w:val="both"/>
            </w:pPr>
            <w:r>
              <w:t>Đúng vậy. Trong lớp học, trong nhà trường, mỗi người đều như một bộ phận của chiếc đồng hồ chung. Thầy cô tận tâm giảng dạy; sinh viên nghiêm túc học tập; nhân viên trách nhiệm với công việc; cán bộ quản lý công bằng, gần gũi, lắng nghe. Khi mỗi người làm tốt phần việc của mình, tập thể sẽ vận hành tốt hơn.</w:t>
            </w:r>
          </w:p>
        </w:tc>
      </w:tr>
      <w:tr w:rsidR="00F236DD" w:rsidTr="001316D4">
        <w:trPr>
          <w:jc w:val="center"/>
        </w:trPr>
        <w:tc>
          <w:tcPr>
            <w:tcW w:w="4139" w:type="dxa"/>
          </w:tcPr>
          <w:p w:rsidR="00F236DD" w:rsidRDefault="001316D4" w:rsidP="001B2651">
            <w:pPr>
              <w:spacing w:after="0" w:line="340" w:lineRule="atLeast"/>
            </w:pPr>
            <w:r>
              <w:t>SV</w:t>
            </w:r>
            <w:r w:rsidR="00DB333D">
              <w:t xml:space="preserve">: </w:t>
            </w:r>
            <w:r>
              <w:t>Long</w:t>
            </w:r>
          </w:p>
        </w:tc>
        <w:tc>
          <w:tcPr>
            <w:tcW w:w="5936" w:type="dxa"/>
          </w:tcPr>
          <w:p w:rsidR="00F236DD" w:rsidRDefault="001316D4" w:rsidP="001316D4">
            <w:pPr>
              <w:spacing w:after="0" w:line="340" w:lineRule="atLeast"/>
              <w:jc w:val="both"/>
            </w:pPr>
            <w:r>
              <w:t>Trước giờ em cứ nghĩ học Bác là điều gì đó lớn lao, xa vời. Nhưng hôm nay em hiểu rằng, với sinh viên chúng em, học Bác có thể bắt đầu từ những việc rất gần gũi: tập trung nghe giảng, đi học đúng giờ, biết quan tâm đến bạn bè, tích cực tham gia việc chung và sống có trách nhiệm hơn mỗi ngày.</w:t>
            </w:r>
          </w:p>
        </w:tc>
      </w:tr>
      <w:tr w:rsidR="00F236DD" w:rsidTr="001316D4">
        <w:trPr>
          <w:jc w:val="center"/>
        </w:trPr>
        <w:tc>
          <w:tcPr>
            <w:tcW w:w="4139" w:type="dxa"/>
          </w:tcPr>
          <w:p w:rsidR="00F236DD" w:rsidRDefault="002C599C" w:rsidP="001B2651">
            <w:pPr>
              <w:spacing w:after="0" w:line="340" w:lineRule="atLeast"/>
            </w:pPr>
            <w:r>
              <w:t>Cô Huyên</w:t>
            </w:r>
          </w:p>
        </w:tc>
        <w:tc>
          <w:tcPr>
            <w:tcW w:w="5936" w:type="dxa"/>
          </w:tcPr>
          <w:p w:rsidR="00F236DD" w:rsidRDefault="00CD42C0" w:rsidP="001316D4">
            <w:pPr>
              <w:spacing w:after="0" w:line="340" w:lineRule="atLeast"/>
              <w:jc w:val="both"/>
            </w:pPr>
            <w:r>
              <w:t>C</w:t>
            </w:r>
            <w:r w:rsidR="002C599C">
              <w:t>ác em nói rất đúng. Câu chuyện “C</w:t>
            </w:r>
            <w:r>
              <w:t>hiếc đồng hồ</w:t>
            </w:r>
            <w:r w:rsidR="002C599C">
              <w:t>”</w:t>
            </w:r>
            <w:r>
              <w:t xml:space="preserve"> dạy chúng ta rằng: </w:t>
            </w:r>
            <w:r w:rsidR="002C599C">
              <w:t>Trong một tập thể, mỗi người đều có vị trí và nhiệm vụ riêng, dù lớn hay nhỏ cũng đều quan trọng. Muốn tập thể vận hành tốt, mỗi cá nhân phải làm đúng trách nhiệm, biết phối hợp, không so bì, không né tránh. Học Bác là đặt việc chung lên trước, đoàn kết trong hành động và làm tốt phần việc của mình mỗi ngày.</w:t>
            </w:r>
          </w:p>
        </w:tc>
      </w:tr>
    </w:tbl>
    <w:p w:rsidR="00F236DD" w:rsidRDefault="00CD42C0" w:rsidP="001B2651">
      <w:pPr>
        <w:pStyle w:val="Heading2"/>
        <w:spacing w:before="0" w:line="340" w:lineRule="atLeast"/>
      </w:pPr>
      <w:r>
        <w:rPr>
          <w:rFonts w:ascii="Times New Roman" w:eastAsia="Times New Roman" w:hAnsi="Times New Roman"/>
          <w:sz w:val="28"/>
        </w:rPr>
        <w:t xml:space="preserve">Cảnh 3. Ngâm thơ </w:t>
      </w:r>
      <w:r w:rsidR="001316D4">
        <w:rPr>
          <w:rFonts w:ascii="Times New Roman" w:eastAsia="Times New Roman" w:hAnsi="Times New Roman"/>
          <w:sz w:val="28"/>
        </w:rPr>
        <w:t>–</w:t>
      </w:r>
      <w:r>
        <w:rPr>
          <w:rFonts w:ascii="Times New Roman" w:eastAsia="Times New Roman" w:hAnsi="Times New Roman"/>
          <w:sz w:val="28"/>
        </w:rPr>
        <w:t xml:space="preserve"> </w:t>
      </w:r>
      <w:r w:rsidR="001316D4">
        <w:rPr>
          <w:rFonts w:ascii="Times New Roman" w:eastAsia="Times New Roman" w:hAnsi="Times New Roman"/>
          <w:sz w:val="28"/>
        </w:rPr>
        <w:t>Theo lời Bác dặn</w:t>
      </w:r>
    </w:p>
    <w:p w:rsidR="00F236DD" w:rsidRDefault="00CD42C0" w:rsidP="001B2651">
      <w:pPr>
        <w:spacing w:after="0" w:line="340" w:lineRule="atLeast"/>
      </w:pPr>
      <w:r>
        <w:rPr>
          <w:i/>
        </w:rPr>
        <w:t xml:space="preserve">Thời lượng: khoảng 1 phút. Có thể bật nhạc nền nhẹ. Người ngâm thơ đứng giữa sân khấu, các thành viên còn lại </w:t>
      </w:r>
      <w:r w:rsidR="001316D4">
        <w:rPr>
          <w:i/>
        </w:rPr>
        <w:t>chú ý lắng nghe.</w:t>
      </w:r>
    </w:p>
    <w:tbl>
      <w:tblPr>
        <w:tblStyle w:val="TableGrid"/>
        <w:tblW w:w="0" w:type="auto"/>
        <w:jc w:val="center"/>
        <w:tblLook w:val="04A0" w:firstRow="1" w:lastRow="0" w:firstColumn="1" w:lastColumn="0" w:noHBand="0" w:noVBand="1"/>
      </w:tblPr>
      <w:tblGrid>
        <w:gridCol w:w="4167"/>
        <w:gridCol w:w="5908"/>
      </w:tblGrid>
      <w:tr w:rsidR="00DB333D">
        <w:trPr>
          <w:jc w:val="center"/>
        </w:trPr>
        <w:tc>
          <w:tcPr>
            <w:tcW w:w="4929" w:type="dxa"/>
            <w:shd w:val="clear" w:color="auto" w:fill="D9EAF7"/>
          </w:tcPr>
          <w:p w:rsidR="00F236DD" w:rsidRDefault="00CD42C0" w:rsidP="001B2651">
            <w:pPr>
              <w:spacing w:after="0" w:line="340" w:lineRule="atLeast"/>
            </w:pPr>
            <w:r>
              <w:rPr>
                <w:b/>
              </w:rPr>
              <w:t>Nhân vật / Thành viên</w:t>
            </w:r>
          </w:p>
        </w:tc>
        <w:tc>
          <w:tcPr>
            <w:tcW w:w="4929" w:type="dxa"/>
            <w:shd w:val="clear" w:color="auto" w:fill="D9EAF7"/>
          </w:tcPr>
          <w:p w:rsidR="00F236DD" w:rsidRDefault="00CD42C0" w:rsidP="001B2651">
            <w:pPr>
              <w:spacing w:after="0" w:line="340" w:lineRule="atLeast"/>
            </w:pPr>
            <w:r>
              <w:rPr>
                <w:b/>
              </w:rPr>
              <w:t>Lời thoại / Hành động biểu diễn</w:t>
            </w:r>
          </w:p>
        </w:tc>
      </w:tr>
      <w:tr w:rsidR="00DB333D">
        <w:trPr>
          <w:jc w:val="center"/>
        </w:trPr>
        <w:tc>
          <w:tcPr>
            <w:tcW w:w="2268" w:type="dxa"/>
          </w:tcPr>
          <w:p w:rsidR="00F236DD" w:rsidRDefault="00CD42C0" w:rsidP="001B2651">
            <w:pPr>
              <w:spacing w:after="0" w:line="340" w:lineRule="atLeast"/>
            </w:pPr>
            <w:r>
              <w:lastRenderedPageBreak/>
              <w:t xml:space="preserve">Cô </w:t>
            </w:r>
            <w:r w:rsidR="002C599C">
              <w:t>Huyên:</w:t>
            </w:r>
          </w:p>
          <w:p w:rsidR="00DB333D" w:rsidRDefault="00DB333D" w:rsidP="001B2651">
            <w:pPr>
              <w:spacing w:after="0" w:line="340" w:lineRule="atLeast"/>
            </w:pPr>
          </w:p>
          <w:p w:rsidR="00DB333D" w:rsidRDefault="00DB333D" w:rsidP="001B2651">
            <w:pPr>
              <w:spacing w:after="0" w:line="340" w:lineRule="atLeast"/>
            </w:pPr>
            <w:r>
              <w:t>Cả nhóm cùng đồng thanh:</w:t>
            </w:r>
          </w:p>
        </w:tc>
        <w:tc>
          <w:tcPr>
            <w:tcW w:w="7087" w:type="dxa"/>
          </w:tcPr>
          <w:p w:rsidR="00F236DD" w:rsidRDefault="001316D4" w:rsidP="001B2651">
            <w:pPr>
              <w:spacing w:after="0" w:line="340" w:lineRule="atLeast"/>
              <w:rPr>
                <w:color w:val="000000" w:themeColor="text1"/>
              </w:rPr>
            </w:pPr>
            <w:r>
              <w:t>Hôm nay, cô gửi xin gửi tặng</w:t>
            </w:r>
            <w:r w:rsidR="00DB333D">
              <w:t xml:space="preserve"> lớp chúng ta 1 </w:t>
            </w:r>
            <w:proofErr w:type="gramStart"/>
            <w:r w:rsidR="00DB333D">
              <w:t>đoạn  thơ</w:t>
            </w:r>
            <w:proofErr w:type="gramEnd"/>
            <w:r w:rsidR="00DB333D">
              <w:t xml:space="preserve"> </w:t>
            </w:r>
            <w:r>
              <w:t>có tựa đề</w:t>
            </w:r>
            <w:r w:rsidR="00DB333D">
              <w:t xml:space="preserve"> </w:t>
            </w:r>
            <w:r w:rsidR="002C599C">
              <w:t>“</w:t>
            </w:r>
            <w:r w:rsidR="002C599C" w:rsidRPr="000E6BB7">
              <w:rPr>
                <w:color w:val="000000" w:themeColor="text1"/>
              </w:rPr>
              <w:t>Theo lời Bác dặn</w:t>
            </w:r>
            <w:r w:rsidR="002C599C">
              <w:rPr>
                <w:color w:val="000000" w:themeColor="text1"/>
              </w:rPr>
              <w:t>”</w:t>
            </w:r>
            <w:r w:rsidR="00DB333D">
              <w:rPr>
                <w:color w:val="000000" w:themeColor="text1"/>
              </w:rPr>
              <w:t>. Các em cùng nghe nhé!</w:t>
            </w:r>
          </w:p>
          <w:p w:rsidR="00DB333D" w:rsidRDefault="00DB333D" w:rsidP="001B2651">
            <w:pPr>
              <w:spacing w:after="0" w:line="340" w:lineRule="atLeast"/>
            </w:pPr>
            <w:r>
              <w:rPr>
                <w:color w:val="000000" w:themeColor="text1"/>
              </w:rPr>
              <w:t>Dạ vâng ạ!</w:t>
            </w:r>
          </w:p>
        </w:tc>
      </w:tr>
      <w:tr w:rsidR="00DB333D">
        <w:trPr>
          <w:jc w:val="center"/>
        </w:trPr>
        <w:tc>
          <w:tcPr>
            <w:tcW w:w="2268" w:type="dxa"/>
          </w:tcPr>
          <w:p w:rsidR="00F236DD" w:rsidRDefault="000E6BB7" w:rsidP="001B2651">
            <w:pPr>
              <w:spacing w:after="0" w:line="340" w:lineRule="atLeast"/>
            </w:pPr>
            <w:r>
              <w:t xml:space="preserve">Cô </w:t>
            </w:r>
            <w:r w:rsidR="002C599C">
              <w:t>Huyên:</w:t>
            </w:r>
          </w:p>
        </w:tc>
        <w:tc>
          <w:tcPr>
            <w:tcW w:w="7087" w:type="dxa"/>
          </w:tcPr>
          <w:p w:rsidR="002C599C" w:rsidRPr="002C599C" w:rsidRDefault="000E6BB7" w:rsidP="001B2651">
            <w:pPr>
              <w:spacing w:after="0" w:line="340" w:lineRule="atLeast"/>
              <w:rPr>
                <w:b/>
                <w:color w:val="000000" w:themeColor="text1"/>
              </w:rPr>
            </w:pPr>
            <w:r w:rsidRPr="002C599C">
              <w:rPr>
                <w:b/>
                <w:color w:val="000000" w:themeColor="text1"/>
              </w:rPr>
              <w:t xml:space="preserve">Theo lời </w:t>
            </w:r>
            <w:r w:rsidR="002C599C" w:rsidRPr="002C599C">
              <w:rPr>
                <w:b/>
                <w:color w:val="000000" w:themeColor="text1"/>
              </w:rPr>
              <w:t>Theo lời Bác dặn</w:t>
            </w:r>
          </w:p>
          <w:p w:rsidR="000E6BB7" w:rsidRPr="000E6BB7" w:rsidRDefault="000E6BB7" w:rsidP="001B2651">
            <w:pPr>
              <w:spacing w:after="0" w:line="340" w:lineRule="atLeast"/>
              <w:rPr>
                <w:color w:val="000000" w:themeColor="text1"/>
              </w:rPr>
            </w:pPr>
            <w:r w:rsidRPr="000E6BB7">
              <w:rPr>
                <w:color w:val="000000" w:themeColor="text1"/>
              </w:rPr>
              <w:t>Bác dạy con sống giữa đời,</w:t>
            </w:r>
          </w:p>
          <w:p w:rsidR="000E6BB7" w:rsidRPr="000E6BB7" w:rsidRDefault="000E6BB7" w:rsidP="001B2651">
            <w:pPr>
              <w:spacing w:after="0" w:line="340" w:lineRule="atLeast"/>
              <w:rPr>
                <w:color w:val="000000" w:themeColor="text1"/>
              </w:rPr>
            </w:pPr>
            <w:r w:rsidRPr="000E6BB7">
              <w:rPr>
                <w:color w:val="000000" w:themeColor="text1"/>
              </w:rPr>
              <w:t>Việc chung đặt trước, sáng ngời niềm tin.</w:t>
            </w:r>
          </w:p>
          <w:p w:rsidR="000E6BB7" w:rsidRPr="000E6BB7" w:rsidRDefault="00136A37" w:rsidP="001B2651">
            <w:pPr>
              <w:spacing w:after="0" w:line="340" w:lineRule="atLeast"/>
              <w:rPr>
                <w:color w:val="000000" w:themeColor="text1"/>
              </w:rPr>
            </w:pPr>
            <w:r>
              <w:rPr>
                <w:color w:val="000000" w:themeColor="text1"/>
              </w:rPr>
              <w:t xml:space="preserve">Từ trang sách nhỏ, </w:t>
            </w:r>
            <w:r w:rsidR="000E6BB7" w:rsidRPr="000E6BB7">
              <w:rPr>
                <w:color w:val="000000" w:themeColor="text1"/>
              </w:rPr>
              <w:t>bình minh</w:t>
            </w:r>
            <w:r>
              <w:rPr>
                <w:color w:val="000000" w:themeColor="text1"/>
              </w:rPr>
              <w:t xml:space="preserve"> lên</w:t>
            </w:r>
          </w:p>
          <w:p w:rsidR="000E6BB7" w:rsidRDefault="002C599C" w:rsidP="001B2651">
            <w:pPr>
              <w:spacing w:after="0" w:line="340" w:lineRule="atLeast"/>
              <w:rPr>
                <w:color w:val="000000" w:themeColor="text1"/>
              </w:rPr>
            </w:pPr>
            <w:r>
              <w:rPr>
                <w:color w:val="000000" w:themeColor="text1"/>
              </w:rPr>
              <w:t>Con nghe lời Bác vọng trong tim mình</w:t>
            </w:r>
            <w:r w:rsidR="000E6BB7" w:rsidRPr="000E6BB7">
              <w:rPr>
                <w:color w:val="000000" w:themeColor="text1"/>
              </w:rPr>
              <w:t>.</w:t>
            </w:r>
          </w:p>
          <w:p w:rsidR="000E6BB7" w:rsidRPr="000E6BB7" w:rsidRDefault="000E6BB7" w:rsidP="001B2651">
            <w:pPr>
              <w:spacing w:after="0" w:line="340" w:lineRule="atLeast"/>
              <w:rPr>
                <w:color w:val="000000" w:themeColor="text1"/>
              </w:rPr>
            </w:pPr>
            <w:r w:rsidRPr="000E6BB7">
              <w:rPr>
                <w:color w:val="000000" w:themeColor="text1"/>
              </w:rPr>
              <w:t>Không cần việc lớn trong tay,</w:t>
            </w:r>
          </w:p>
          <w:p w:rsidR="000E6BB7" w:rsidRPr="000E6BB7" w:rsidRDefault="000E6BB7" w:rsidP="001B2651">
            <w:pPr>
              <w:spacing w:after="0" w:line="340" w:lineRule="atLeast"/>
              <w:rPr>
                <w:color w:val="000000" w:themeColor="text1"/>
              </w:rPr>
            </w:pPr>
            <w:r w:rsidRPr="000E6BB7">
              <w:rPr>
                <w:color w:val="000000" w:themeColor="text1"/>
              </w:rPr>
              <w:t>Chỉ cần trách nhiệm mỗi ngày dựng xây.</w:t>
            </w:r>
          </w:p>
          <w:p w:rsidR="000E6BB7" w:rsidRPr="000E6BB7" w:rsidRDefault="000E6BB7" w:rsidP="001B2651">
            <w:pPr>
              <w:spacing w:after="0" w:line="340" w:lineRule="atLeast"/>
              <w:rPr>
                <w:color w:val="000000" w:themeColor="text1"/>
              </w:rPr>
            </w:pPr>
            <w:r w:rsidRPr="000E6BB7">
              <w:rPr>
                <w:color w:val="000000" w:themeColor="text1"/>
              </w:rPr>
              <w:t>Biết thương bạn, biết chung tay,</w:t>
            </w:r>
          </w:p>
          <w:p w:rsidR="000E6BB7" w:rsidRPr="000E6BB7" w:rsidRDefault="000E6BB7" w:rsidP="001B2651">
            <w:pPr>
              <w:spacing w:after="0" w:line="340" w:lineRule="atLeast"/>
              <w:rPr>
                <w:color w:val="000000" w:themeColor="text1"/>
              </w:rPr>
            </w:pPr>
            <w:r w:rsidRPr="000E6BB7">
              <w:rPr>
                <w:color w:val="000000" w:themeColor="text1"/>
              </w:rPr>
              <w:t>Biết vì tập thể, hăng say việc trường.</w:t>
            </w:r>
          </w:p>
          <w:p w:rsidR="000E6BB7" w:rsidRPr="000E6BB7" w:rsidRDefault="000E6BB7" w:rsidP="001B2651">
            <w:pPr>
              <w:spacing w:after="0" w:line="340" w:lineRule="atLeast"/>
              <w:rPr>
                <w:color w:val="000000" w:themeColor="text1"/>
              </w:rPr>
            </w:pPr>
            <w:r w:rsidRPr="000E6BB7">
              <w:rPr>
                <w:color w:val="000000" w:themeColor="text1"/>
              </w:rPr>
              <w:t>Tuổi trẻ tiếp bước lên đường,</w:t>
            </w:r>
          </w:p>
          <w:p w:rsidR="000E6BB7" w:rsidRPr="000E6BB7" w:rsidRDefault="000E6BB7" w:rsidP="001B2651">
            <w:pPr>
              <w:spacing w:after="0" w:line="340" w:lineRule="atLeast"/>
              <w:rPr>
                <w:color w:val="000000" w:themeColor="text1"/>
              </w:rPr>
            </w:pPr>
            <w:r w:rsidRPr="000E6BB7">
              <w:rPr>
                <w:color w:val="000000" w:themeColor="text1"/>
              </w:rPr>
              <w:t>Mang theo lời Bác yêu thương dẫn đời.</w:t>
            </w:r>
          </w:p>
          <w:p w:rsidR="000E6BB7" w:rsidRPr="000E6BB7" w:rsidRDefault="000E6BB7" w:rsidP="001B2651">
            <w:pPr>
              <w:spacing w:after="0" w:line="340" w:lineRule="atLeast"/>
              <w:rPr>
                <w:color w:val="000000" w:themeColor="text1"/>
              </w:rPr>
            </w:pPr>
            <w:r w:rsidRPr="000E6BB7">
              <w:rPr>
                <w:color w:val="000000" w:themeColor="text1"/>
              </w:rPr>
              <w:t>Học Người từ việc nhỏ thôi,</w:t>
            </w:r>
          </w:p>
          <w:p w:rsidR="00F236DD" w:rsidRDefault="000E6BB7" w:rsidP="001B2651">
            <w:pPr>
              <w:spacing w:after="0" w:line="340" w:lineRule="atLeast"/>
            </w:pPr>
            <w:r w:rsidRPr="000E6BB7">
              <w:rPr>
                <w:color w:val="000000" w:themeColor="text1"/>
              </w:rPr>
              <w:t>Mà thành lý tưởng sáng ngời mai sau.</w:t>
            </w:r>
          </w:p>
        </w:tc>
      </w:tr>
    </w:tbl>
    <w:p w:rsidR="00F236DD" w:rsidRDefault="00F236DD" w:rsidP="001B2651">
      <w:pPr>
        <w:spacing w:after="0" w:line="340" w:lineRule="atLeast"/>
      </w:pPr>
    </w:p>
    <w:p w:rsidR="00BB4EC9" w:rsidRPr="00BB4EC9" w:rsidRDefault="001316D4" w:rsidP="001B2651">
      <w:pPr>
        <w:pStyle w:val="Heading2"/>
        <w:spacing w:before="0" w:line="340" w:lineRule="atLeast"/>
        <w:rPr>
          <w:rFonts w:ascii="Times New Roman" w:hAnsi="Times New Roman" w:cs="Times New Roman"/>
        </w:rPr>
      </w:pPr>
      <w:r>
        <w:rPr>
          <w:rFonts w:ascii="Times New Roman" w:eastAsia="Times New Roman" w:hAnsi="Times New Roman" w:cs="Times New Roman"/>
          <w:sz w:val="28"/>
        </w:rPr>
        <w:t>Cảnh 4</w:t>
      </w:r>
      <w:r w:rsidR="00CD42C0" w:rsidRPr="00BB4EC9">
        <w:rPr>
          <w:rFonts w:ascii="Times New Roman" w:eastAsia="Times New Roman" w:hAnsi="Times New Roman" w:cs="Times New Roman"/>
          <w:sz w:val="28"/>
        </w:rPr>
        <w:t>. Hát kết - “</w:t>
      </w:r>
      <w:r w:rsidR="00BB4EC9" w:rsidRPr="00BB4EC9">
        <w:rPr>
          <w:rFonts w:ascii="Times New Roman" w:hAnsi="Times New Roman" w:cs="Times New Roman"/>
        </w:rPr>
        <w:t>“Thanh niên làm theo lời Bác”</w:t>
      </w:r>
    </w:p>
    <w:p w:rsidR="00F236DD" w:rsidRDefault="00CD42C0" w:rsidP="001B2651">
      <w:pPr>
        <w:spacing w:after="0" w:line="340" w:lineRule="atLeast"/>
      </w:pPr>
      <w:r>
        <w:rPr>
          <w:i/>
        </w:rPr>
        <w:t>Thời lượng: khoản</w:t>
      </w:r>
      <w:r w:rsidR="00693CF7">
        <w:rPr>
          <w:i/>
        </w:rPr>
        <w:t xml:space="preserve">g </w:t>
      </w:r>
      <w:r>
        <w:rPr>
          <w:i/>
        </w:rPr>
        <w:t>3</w:t>
      </w:r>
      <w:r w:rsidR="00693CF7">
        <w:rPr>
          <w:i/>
        </w:rPr>
        <w:t>,5</w:t>
      </w:r>
      <w:r>
        <w:rPr>
          <w:i/>
        </w:rPr>
        <w:t xml:space="preserve"> phút. </w:t>
      </w:r>
    </w:p>
    <w:tbl>
      <w:tblPr>
        <w:tblStyle w:val="TableGrid"/>
        <w:tblW w:w="10456" w:type="dxa"/>
        <w:jc w:val="center"/>
        <w:tblLook w:val="04A0" w:firstRow="1" w:lastRow="0" w:firstColumn="1" w:lastColumn="0" w:noHBand="0" w:noVBand="1"/>
      </w:tblPr>
      <w:tblGrid>
        <w:gridCol w:w="3227"/>
        <w:gridCol w:w="7229"/>
      </w:tblGrid>
      <w:tr w:rsidR="00F236DD" w:rsidTr="00E06AE2">
        <w:trPr>
          <w:jc w:val="center"/>
        </w:trPr>
        <w:tc>
          <w:tcPr>
            <w:tcW w:w="3227" w:type="dxa"/>
            <w:shd w:val="clear" w:color="auto" w:fill="D9EAF7"/>
          </w:tcPr>
          <w:p w:rsidR="00F236DD" w:rsidRDefault="00CD42C0" w:rsidP="001B2651">
            <w:pPr>
              <w:spacing w:after="0" w:line="340" w:lineRule="atLeast"/>
            </w:pPr>
            <w:r>
              <w:rPr>
                <w:b/>
              </w:rPr>
              <w:t>Nhân vật / Thành viên</w:t>
            </w:r>
          </w:p>
        </w:tc>
        <w:tc>
          <w:tcPr>
            <w:tcW w:w="7229" w:type="dxa"/>
            <w:shd w:val="clear" w:color="auto" w:fill="D9EAF7"/>
          </w:tcPr>
          <w:p w:rsidR="00F236DD" w:rsidRDefault="00CD42C0" w:rsidP="001B2651">
            <w:pPr>
              <w:spacing w:after="0" w:line="340" w:lineRule="atLeast"/>
            </w:pPr>
            <w:r>
              <w:rPr>
                <w:b/>
              </w:rPr>
              <w:t>Lời thoại / Hành động biểu diễn</w:t>
            </w:r>
          </w:p>
        </w:tc>
      </w:tr>
      <w:tr w:rsidR="00F236DD" w:rsidTr="00E06AE2">
        <w:trPr>
          <w:jc w:val="center"/>
        </w:trPr>
        <w:tc>
          <w:tcPr>
            <w:tcW w:w="3227" w:type="dxa"/>
          </w:tcPr>
          <w:p w:rsidR="00F236DD" w:rsidRDefault="001316D4" w:rsidP="001B2651">
            <w:pPr>
              <w:spacing w:after="0" w:line="340" w:lineRule="atLeast"/>
            </w:pPr>
            <w:r>
              <w:t>SV</w:t>
            </w:r>
            <w:r w:rsidR="00136A37">
              <w:t xml:space="preserve">: </w:t>
            </w:r>
            <w:r w:rsidR="00E06AE2">
              <w:t>Cô Thơm</w:t>
            </w:r>
          </w:p>
        </w:tc>
        <w:tc>
          <w:tcPr>
            <w:tcW w:w="7229" w:type="dxa"/>
          </w:tcPr>
          <w:p w:rsidR="001316D4" w:rsidRDefault="001316D4" w:rsidP="001316D4">
            <w:pPr>
              <w:spacing w:after="0" w:line="340" w:lineRule="atLeast"/>
            </w:pPr>
            <w:r w:rsidRPr="001316D4">
              <w:t>Thay mặt tập thể lớp, em xin cảm ơn cô về buổi sinh hoạt chuyên đề thật ý nghĩa. Chúng em hiểu rằng học Bác là sống có lý tưởng, có trách nhiệm và biết cống hiến từ những việc làm nhỏ nhất. Với tất cả lòng kính yêu, tập thể chúng em xin dâng lên Người liên khúc: “Khát vọng tuổi trẻ - Tuổi trẻ thế hệ Bác Hồ”.</w:t>
            </w:r>
            <w:r>
              <w:t xml:space="preserve"> Cô cùng hát với chúng em nhé!</w:t>
            </w:r>
          </w:p>
          <w:p w:rsidR="00F236DD" w:rsidRDefault="00F236DD" w:rsidP="001316D4">
            <w:pPr>
              <w:spacing w:after="0" w:line="340" w:lineRule="atLeast"/>
            </w:pPr>
          </w:p>
        </w:tc>
      </w:tr>
      <w:tr w:rsidR="00F236DD" w:rsidTr="00E06AE2">
        <w:trPr>
          <w:jc w:val="center"/>
        </w:trPr>
        <w:tc>
          <w:tcPr>
            <w:tcW w:w="3227" w:type="dxa"/>
          </w:tcPr>
          <w:p w:rsidR="00F236DD" w:rsidRDefault="00CD42C0" w:rsidP="001B2651">
            <w:pPr>
              <w:spacing w:after="0" w:line="340" w:lineRule="atLeast"/>
              <w:jc w:val="center"/>
            </w:pPr>
            <w:r>
              <w:t>Tập thể</w:t>
            </w:r>
            <w:r w:rsidR="00136A37">
              <w:t xml:space="preserve"> cùng hát tốp ca:</w:t>
            </w:r>
          </w:p>
        </w:tc>
        <w:tc>
          <w:tcPr>
            <w:tcW w:w="7229" w:type="dxa"/>
          </w:tcPr>
          <w:p w:rsidR="00E06AE2" w:rsidRDefault="00E06AE2" w:rsidP="001B2651">
            <w:pPr>
              <w:spacing w:after="0" w:line="340" w:lineRule="atLeast"/>
              <w:rPr>
                <w:b/>
                <w:color w:val="FF0000"/>
              </w:rPr>
            </w:pPr>
          </w:p>
          <w:p w:rsidR="0055179A" w:rsidRDefault="0055179A" w:rsidP="001B2651">
            <w:pPr>
              <w:spacing w:after="0" w:line="340" w:lineRule="atLeast"/>
              <w:jc w:val="center"/>
              <w:rPr>
                <w:b/>
                <w:color w:val="FF0000"/>
              </w:rPr>
            </w:pPr>
            <w:r w:rsidRPr="00771AF2">
              <w:rPr>
                <w:b/>
                <w:color w:val="FF0000"/>
              </w:rPr>
              <w:t>Khát vọng Tuổi trẻ - Tuổi trẻ thế hệ Bác Hồ</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b/>
                <w:color w:val="FF0000"/>
                <w:sz w:val="28"/>
                <w:szCs w:val="28"/>
                <w:u w:val="single"/>
                <w:bdr w:val="none" w:sz="0" w:space="0" w:color="auto" w:frame="1"/>
                <w:lang w:val="en-US"/>
              </w:rPr>
            </w:pPr>
            <w:r w:rsidRPr="00CE5956">
              <w:rPr>
                <w:b/>
                <w:color w:val="FF0000"/>
                <w:sz w:val="28"/>
                <w:szCs w:val="28"/>
              </w:rPr>
              <w:t>Khát vọng Tuổi trẻ</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b/>
                <w:color w:val="FF0000"/>
                <w:sz w:val="28"/>
                <w:szCs w:val="28"/>
                <w:u w:val="single"/>
                <w:bdr w:val="none" w:sz="0" w:space="0" w:color="auto" w:frame="1"/>
                <w:lang w:val="en-US"/>
              </w:rPr>
            </w:pPr>
            <w:r w:rsidRPr="00CE5956">
              <w:rPr>
                <w:b/>
                <w:color w:val="FF0000"/>
                <w:sz w:val="28"/>
                <w:szCs w:val="28"/>
                <w:u w:val="single"/>
                <w:bdr w:val="none" w:sz="0" w:space="0" w:color="auto" w:frame="1"/>
                <w:lang w:val="en-US"/>
              </w:rPr>
              <w:t xml:space="preserve">Lần 1: </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Đường dài tương lai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Quê hương đang gọi mời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Tuổi trẻ hôm nay</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Chung tay xây ngày mới.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rStyle w:val="Strong"/>
                <w:b w:val="0"/>
                <w:bCs w:val="0"/>
                <w:color w:val="202124"/>
                <w:sz w:val="28"/>
                <w:szCs w:val="28"/>
                <w:bdr w:val="none" w:sz="0" w:space="0" w:color="auto" w:frame="1"/>
              </w:rPr>
              <w:t> </w:t>
            </w:r>
            <w:r w:rsidRPr="00CE5956">
              <w:rPr>
                <w:color w:val="000000"/>
                <w:sz w:val="28"/>
                <w:szCs w:val="28"/>
                <w:bdr w:val="none" w:sz="0" w:space="0" w:color="auto" w:frame="1"/>
              </w:rPr>
              <w:t>Dù lên rừng hay xuống biển</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Vượt bão giông vượt gian khổ</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Tuổi trẻ kề vai</w:t>
            </w:r>
          </w:p>
          <w:p w:rsidR="005259C1" w:rsidRDefault="005259C1" w:rsidP="001B2651">
            <w:pPr>
              <w:pStyle w:val="NormalWeb"/>
              <w:shd w:val="clear" w:color="auto" w:fill="FFFFFF"/>
              <w:spacing w:before="0" w:beforeAutospacing="0" w:after="0" w:afterAutospacing="0" w:line="340" w:lineRule="atLeast"/>
              <w:jc w:val="both"/>
              <w:textAlignment w:val="baseline"/>
              <w:rPr>
                <w:color w:val="000000"/>
                <w:sz w:val="28"/>
                <w:szCs w:val="28"/>
                <w:bdr w:val="none" w:sz="0" w:space="0" w:color="auto" w:frame="1"/>
              </w:rPr>
            </w:pPr>
            <w:r w:rsidRPr="00CE5956">
              <w:rPr>
                <w:color w:val="000000"/>
                <w:sz w:val="28"/>
                <w:szCs w:val="28"/>
                <w:bdr w:val="none" w:sz="0" w:space="0" w:color="auto" w:frame="1"/>
              </w:rPr>
              <w:t>Vững vàng chân bước bạn ơi.</w:t>
            </w:r>
          </w:p>
          <w:p w:rsidR="00F76F93" w:rsidRPr="00CE5956" w:rsidRDefault="00F76F93" w:rsidP="001B2651">
            <w:pPr>
              <w:pStyle w:val="NormalWeb"/>
              <w:shd w:val="clear" w:color="auto" w:fill="FFFFFF"/>
              <w:spacing w:before="0" w:beforeAutospacing="0" w:after="0" w:afterAutospacing="0" w:line="340" w:lineRule="atLeast"/>
              <w:jc w:val="both"/>
              <w:textAlignment w:val="baseline"/>
              <w:rPr>
                <w:color w:val="202124"/>
                <w:sz w:val="28"/>
                <w:szCs w:val="28"/>
              </w:rPr>
            </w:pP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rStyle w:val="Strong"/>
                <w:b w:val="0"/>
                <w:bCs w:val="0"/>
                <w:color w:val="202124"/>
                <w:sz w:val="28"/>
                <w:szCs w:val="28"/>
                <w:bdr w:val="none" w:sz="0" w:space="0" w:color="auto" w:frame="1"/>
              </w:rPr>
              <w:t> </w:t>
            </w:r>
            <w:r w:rsidR="00136A37">
              <w:rPr>
                <w:color w:val="000000"/>
                <w:sz w:val="28"/>
                <w:szCs w:val="28"/>
                <w:bdr w:val="none" w:sz="0" w:space="0" w:color="auto" w:frame="1"/>
              </w:rPr>
              <w:t xml:space="preserve">Đừng hỏi Tổ </w:t>
            </w:r>
            <w:r w:rsidR="00136A37">
              <w:rPr>
                <w:color w:val="000000"/>
                <w:sz w:val="28"/>
                <w:szCs w:val="28"/>
                <w:bdr w:val="none" w:sz="0" w:space="0" w:color="auto" w:frame="1"/>
                <w:lang w:val="en-US"/>
              </w:rPr>
              <w:t>q</w:t>
            </w:r>
            <w:r w:rsidRPr="00CE5956">
              <w:rPr>
                <w:color w:val="000000"/>
                <w:sz w:val="28"/>
                <w:szCs w:val="28"/>
                <w:bdr w:val="none" w:sz="0" w:space="0" w:color="auto" w:frame="1"/>
              </w:rPr>
              <w:t>uốc đã làm gì cho ta</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202124"/>
                <w:sz w:val="28"/>
                <w:szCs w:val="28"/>
              </w:rPr>
            </w:pPr>
            <w:r>
              <w:rPr>
                <w:color w:val="000000"/>
                <w:sz w:val="28"/>
                <w:szCs w:val="28"/>
                <w:bdr w:val="none" w:sz="0" w:space="0" w:color="auto" w:frame="1"/>
              </w:rPr>
              <w:t xml:space="preserve">Mà cần hỏi ta đã làm gì cho Tổ </w:t>
            </w:r>
            <w:r>
              <w:rPr>
                <w:color w:val="000000"/>
                <w:sz w:val="28"/>
                <w:szCs w:val="28"/>
                <w:bdr w:val="none" w:sz="0" w:space="0" w:color="auto" w:frame="1"/>
                <w:lang w:val="en-US"/>
              </w:rPr>
              <w:t>q</w:t>
            </w:r>
            <w:r w:rsidR="005259C1" w:rsidRPr="00CE5956">
              <w:rPr>
                <w:color w:val="000000"/>
                <w:sz w:val="28"/>
                <w:szCs w:val="28"/>
                <w:bdr w:val="none" w:sz="0" w:space="0" w:color="auto" w:frame="1"/>
              </w:rPr>
              <w:t>uốc hôm nay</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202124"/>
                <w:sz w:val="28"/>
                <w:szCs w:val="28"/>
              </w:rPr>
            </w:pPr>
            <w:r>
              <w:rPr>
                <w:color w:val="000000"/>
                <w:sz w:val="28"/>
                <w:szCs w:val="28"/>
                <w:bdr w:val="none" w:sz="0" w:space="0" w:color="auto" w:frame="1"/>
              </w:rPr>
              <w:t xml:space="preserve">Đừng hỏi Tổ </w:t>
            </w:r>
            <w:r>
              <w:rPr>
                <w:color w:val="000000"/>
                <w:sz w:val="28"/>
                <w:szCs w:val="28"/>
                <w:bdr w:val="none" w:sz="0" w:space="0" w:color="auto" w:frame="1"/>
                <w:lang w:val="en-US"/>
              </w:rPr>
              <w:t>q</w:t>
            </w:r>
            <w:r w:rsidR="005259C1" w:rsidRPr="00CE5956">
              <w:rPr>
                <w:color w:val="000000"/>
                <w:sz w:val="28"/>
                <w:szCs w:val="28"/>
                <w:bdr w:val="none" w:sz="0" w:space="0" w:color="auto" w:frame="1"/>
              </w:rPr>
              <w:t>uốc đã làm gì cho ta</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000000"/>
                <w:sz w:val="28"/>
                <w:szCs w:val="28"/>
                <w:bdr w:val="none" w:sz="0" w:space="0" w:color="auto" w:frame="1"/>
              </w:rPr>
            </w:pPr>
            <w:r>
              <w:rPr>
                <w:color w:val="000000"/>
                <w:sz w:val="28"/>
                <w:szCs w:val="28"/>
                <w:bdr w:val="none" w:sz="0" w:space="0" w:color="auto" w:frame="1"/>
              </w:rPr>
              <w:t xml:space="preserve">Mà cần hỏi ta đã làm gì cho Tổ </w:t>
            </w:r>
            <w:r>
              <w:rPr>
                <w:color w:val="000000"/>
                <w:sz w:val="28"/>
                <w:szCs w:val="28"/>
                <w:bdr w:val="none" w:sz="0" w:space="0" w:color="auto" w:frame="1"/>
                <w:lang w:val="en-US"/>
              </w:rPr>
              <w:t>q</w:t>
            </w:r>
            <w:r w:rsidR="005259C1" w:rsidRPr="00CE5956">
              <w:rPr>
                <w:color w:val="000000"/>
                <w:sz w:val="28"/>
                <w:szCs w:val="28"/>
                <w:bdr w:val="none" w:sz="0" w:space="0" w:color="auto" w:frame="1"/>
              </w:rPr>
              <w:t>uốc hôm nay.</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b/>
                <w:color w:val="FF0000"/>
                <w:sz w:val="28"/>
                <w:szCs w:val="28"/>
                <w:u w:val="single"/>
                <w:lang w:val="en-US"/>
              </w:rPr>
            </w:pPr>
            <w:r w:rsidRPr="00CE5956">
              <w:rPr>
                <w:b/>
                <w:color w:val="FF0000"/>
                <w:sz w:val="28"/>
                <w:szCs w:val="28"/>
                <w:u w:val="single"/>
                <w:bdr w:val="none" w:sz="0" w:space="0" w:color="auto" w:frame="1"/>
                <w:lang w:val="en-US"/>
              </w:rPr>
              <w:t xml:space="preserve">Lần 2: </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Đường dài tương lai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Quê hương đang gọi mời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Tuổi trẻ hôm nay</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Chung tay xây ngày mới.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rStyle w:val="Strong"/>
                <w:b w:val="0"/>
                <w:bCs w:val="0"/>
                <w:color w:val="202124"/>
                <w:sz w:val="28"/>
                <w:szCs w:val="28"/>
                <w:bdr w:val="none" w:sz="0" w:space="0" w:color="auto" w:frame="1"/>
              </w:rPr>
              <w:t> </w:t>
            </w:r>
            <w:r w:rsidRPr="00CE5956">
              <w:rPr>
                <w:color w:val="000000"/>
                <w:sz w:val="28"/>
                <w:szCs w:val="28"/>
                <w:bdr w:val="none" w:sz="0" w:space="0" w:color="auto" w:frame="1"/>
              </w:rPr>
              <w:t>Dù lên rừng hay xuống biển</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Vượt bão giông vượt gian khổ</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Tuổi trẻ kề vai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color w:val="000000"/>
                <w:sz w:val="28"/>
                <w:szCs w:val="28"/>
                <w:bdr w:val="none" w:sz="0" w:space="0" w:color="auto" w:frame="1"/>
              </w:rPr>
              <w:t>Vững vàng chân bước bạn ơi.</w:t>
            </w:r>
          </w:p>
          <w:p w:rsidR="005259C1" w:rsidRPr="00CE5956" w:rsidRDefault="005259C1" w:rsidP="001B2651">
            <w:pPr>
              <w:pStyle w:val="NormalWeb"/>
              <w:shd w:val="clear" w:color="auto" w:fill="FFFFFF"/>
              <w:spacing w:before="0" w:beforeAutospacing="0" w:after="0" w:afterAutospacing="0" w:line="340" w:lineRule="atLeast"/>
              <w:jc w:val="both"/>
              <w:textAlignment w:val="baseline"/>
              <w:rPr>
                <w:color w:val="202124"/>
                <w:sz w:val="28"/>
                <w:szCs w:val="28"/>
              </w:rPr>
            </w:pPr>
            <w:r w:rsidRPr="00CE5956">
              <w:rPr>
                <w:rStyle w:val="Strong"/>
                <w:b w:val="0"/>
                <w:bCs w:val="0"/>
                <w:color w:val="202124"/>
                <w:sz w:val="28"/>
                <w:szCs w:val="28"/>
                <w:bdr w:val="none" w:sz="0" w:space="0" w:color="auto" w:frame="1"/>
              </w:rPr>
              <w:t> </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202124"/>
                <w:sz w:val="28"/>
                <w:szCs w:val="28"/>
              </w:rPr>
            </w:pPr>
            <w:r>
              <w:rPr>
                <w:color w:val="000000"/>
                <w:sz w:val="28"/>
                <w:szCs w:val="28"/>
                <w:bdr w:val="none" w:sz="0" w:space="0" w:color="auto" w:frame="1"/>
              </w:rPr>
              <w:t xml:space="preserve">Đừng hỏi Tổ </w:t>
            </w:r>
            <w:r>
              <w:rPr>
                <w:color w:val="000000"/>
                <w:sz w:val="28"/>
                <w:szCs w:val="28"/>
                <w:bdr w:val="none" w:sz="0" w:space="0" w:color="auto" w:frame="1"/>
                <w:lang w:val="en-US"/>
              </w:rPr>
              <w:t>q</w:t>
            </w:r>
            <w:r w:rsidR="005259C1" w:rsidRPr="00CE5956">
              <w:rPr>
                <w:color w:val="000000"/>
                <w:sz w:val="28"/>
                <w:szCs w:val="28"/>
                <w:bdr w:val="none" w:sz="0" w:space="0" w:color="auto" w:frame="1"/>
              </w:rPr>
              <w:t>uốc đã làm gì cho ta</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202124"/>
                <w:sz w:val="28"/>
                <w:szCs w:val="28"/>
              </w:rPr>
            </w:pPr>
            <w:r>
              <w:rPr>
                <w:color w:val="000000"/>
                <w:sz w:val="28"/>
                <w:szCs w:val="28"/>
                <w:bdr w:val="none" w:sz="0" w:space="0" w:color="auto" w:frame="1"/>
              </w:rPr>
              <w:t xml:space="preserve">Mà cần hỏi ta đã làm gì cho Tổ </w:t>
            </w:r>
            <w:r>
              <w:rPr>
                <w:color w:val="000000"/>
                <w:sz w:val="28"/>
                <w:szCs w:val="28"/>
                <w:bdr w:val="none" w:sz="0" w:space="0" w:color="auto" w:frame="1"/>
                <w:lang w:val="en-US"/>
              </w:rPr>
              <w:t>q</w:t>
            </w:r>
            <w:r w:rsidR="005259C1" w:rsidRPr="00CE5956">
              <w:rPr>
                <w:color w:val="000000"/>
                <w:sz w:val="28"/>
                <w:szCs w:val="28"/>
                <w:bdr w:val="none" w:sz="0" w:space="0" w:color="auto" w:frame="1"/>
              </w:rPr>
              <w:t>uốc hôm nay</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202124"/>
                <w:sz w:val="28"/>
                <w:szCs w:val="28"/>
              </w:rPr>
            </w:pPr>
            <w:r>
              <w:rPr>
                <w:color w:val="000000"/>
                <w:sz w:val="28"/>
                <w:szCs w:val="28"/>
                <w:bdr w:val="none" w:sz="0" w:space="0" w:color="auto" w:frame="1"/>
              </w:rPr>
              <w:t xml:space="preserve">Đừng hỏi Tổ </w:t>
            </w:r>
            <w:r>
              <w:rPr>
                <w:color w:val="000000"/>
                <w:sz w:val="28"/>
                <w:szCs w:val="28"/>
                <w:bdr w:val="none" w:sz="0" w:space="0" w:color="auto" w:frame="1"/>
                <w:lang w:val="en-US"/>
              </w:rPr>
              <w:t>q</w:t>
            </w:r>
            <w:r w:rsidR="005259C1" w:rsidRPr="00CE5956">
              <w:rPr>
                <w:color w:val="000000"/>
                <w:sz w:val="28"/>
                <w:szCs w:val="28"/>
                <w:bdr w:val="none" w:sz="0" w:space="0" w:color="auto" w:frame="1"/>
              </w:rPr>
              <w:t>uốc đã làm gì cho ta</w:t>
            </w:r>
          </w:p>
          <w:p w:rsidR="005259C1" w:rsidRPr="00CE5956" w:rsidRDefault="00136A37" w:rsidP="001B2651">
            <w:pPr>
              <w:pStyle w:val="NormalWeb"/>
              <w:shd w:val="clear" w:color="auto" w:fill="FFFFFF"/>
              <w:spacing w:before="0" w:beforeAutospacing="0" w:after="0" w:afterAutospacing="0" w:line="340" w:lineRule="atLeast"/>
              <w:jc w:val="both"/>
              <w:textAlignment w:val="baseline"/>
              <w:rPr>
                <w:color w:val="000000"/>
                <w:sz w:val="28"/>
                <w:szCs w:val="28"/>
                <w:bdr w:val="none" w:sz="0" w:space="0" w:color="auto" w:frame="1"/>
              </w:rPr>
            </w:pPr>
            <w:r>
              <w:rPr>
                <w:color w:val="000000"/>
                <w:sz w:val="28"/>
                <w:szCs w:val="28"/>
                <w:bdr w:val="none" w:sz="0" w:space="0" w:color="auto" w:frame="1"/>
              </w:rPr>
              <w:t xml:space="preserve">Mà cần hỏi ta đã làm gì cho Tổ </w:t>
            </w:r>
            <w:r>
              <w:rPr>
                <w:color w:val="000000"/>
                <w:sz w:val="28"/>
                <w:szCs w:val="28"/>
                <w:bdr w:val="none" w:sz="0" w:space="0" w:color="auto" w:frame="1"/>
                <w:lang w:val="en-US"/>
              </w:rPr>
              <w:t>q</w:t>
            </w:r>
            <w:r w:rsidR="005259C1" w:rsidRPr="00CE5956">
              <w:rPr>
                <w:color w:val="000000"/>
                <w:sz w:val="28"/>
                <w:szCs w:val="28"/>
                <w:bdr w:val="none" w:sz="0" w:space="0" w:color="auto" w:frame="1"/>
              </w:rPr>
              <w:t>uốc hôm nay.</w:t>
            </w:r>
          </w:p>
          <w:p w:rsidR="005259C1" w:rsidRDefault="005259C1" w:rsidP="001B2651">
            <w:pPr>
              <w:pStyle w:val="NormalWeb"/>
              <w:shd w:val="clear" w:color="auto" w:fill="FFFFFF"/>
              <w:spacing w:before="0" w:beforeAutospacing="0" w:after="0" w:afterAutospacing="0" w:line="340" w:lineRule="atLeast"/>
              <w:jc w:val="both"/>
              <w:textAlignment w:val="baseline"/>
              <w:rPr>
                <w:rFonts w:ascii="Arial" w:hAnsi="Arial" w:cs="Arial"/>
                <w:color w:val="202124"/>
              </w:rPr>
            </w:pPr>
          </w:p>
          <w:p w:rsidR="005259C1" w:rsidRDefault="005259C1" w:rsidP="001B2651">
            <w:pPr>
              <w:spacing w:after="0" w:line="340" w:lineRule="atLeast"/>
              <w:rPr>
                <w:b/>
                <w:color w:val="FF0000"/>
              </w:rPr>
            </w:pPr>
            <w:r w:rsidRPr="00771AF2">
              <w:rPr>
                <w:b/>
                <w:color w:val="FF0000"/>
              </w:rPr>
              <w:t>Tuổi trẻ thế hệ Bác Hồ</w:t>
            </w:r>
          </w:p>
          <w:p w:rsidR="005259C1" w:rsidRPr="005259C1" w:rsidRDefault="005259C1" w:rsidP="001B2651">
            <w:pPr>
              <w:spacing w:after="0" w:line="340" w:lineRule="atLeast"/>
              <w:rPr>
                <w:color w:val="000000" w:themeColor="text1"/>
              </w:rPr>
            </w:pPr>
            <w:r w:rsidRPr="005259C1">
              <w:rPr>
                <w:color w:val="000000" w:themeColor="text1"/>
              </w:rPr>
              <w:t>Từ biển khơi đến miền rừng núi cao</w:t>
            </w:r>
          </w:p>
          <w:p w:rsidR="005259C1" w:rsidRPr="005259C1" w:rsidRDefault="005259C1" w:rsidP="001B2651">
            <w:pPr>
              <w:spacing w:after="0" w:line="340" w:lineRule="atLeast"/>
              <w:rPr>
                <w:color w:val="000000" w:themeColor="text1"/>
              </w:rPr>
            </w:pPr>
            <w:r w:rsidRPr="005259C1">
              <w:rPr>
                <w:color w:val="000000" w:themeColor="text1"/>
              </w:rPr>
              <w:t>Cờ Đoàn ta mang ảnh Bác với tên Người vĩ đại</w:t>
            </w:r>
          </w:p>
          <w:p w:rsidR="005259C1" w:rsidRPr="005259C1" w:rsidRDefault="005259C1" w:rsidP="001B2651">
            <w:pPr>
              <w:spacing w:after="0" w:line="340" w:lineRule="atLeast"/>
              <w:rPr>
                <w:color w:val="000000" w:themeColor="text1"/>
              </w:rPr>
            </w:pPr>
            <w:r w:rsidRPr="005259C1">
              <w:rPr>
                <w:color w:val="000000" w:themeColor="text1"/>
              </w:rPr>
              <w:t>Hồ Chí Minh công ơn của Bác như biển trời</w:t>
            </w:r>
          </w:p>
          <w:p w:rsidR="00F46B02" w:rsidRDefault="005259C1" w:rsidP="001B2651">
            <w:pPr>
              <w:spacing w:after="0" w:line="340" w:lineRule="atLeast"/>
              <w:rPr>
                <w:color w:val="000000" w:themeColor="text1"/>
              </w:rPr>
            </w:pPr>
            <w:r w:rsidRPr="005259C1">
              <w:rPr>
                <w:color w:val="000000" w:themeColor="text1"/>
              </w:rPr>
              <w:t>Tình Người ấm trong tim ta trên đường chiến đấu</w:t>
            </w:r>
          </w:p>
          <w:p w:rsidR="00CE5956" w:rsidRDefault="00CE5956" w:rsidP="001B2651">
            <w:pPr>
              <w:spacing w:after="0" w:line="340" w:lineRule="atLeast"/>
              <w:rPr>
                <w:color w:val="000000" w:themeColor="text1"/>
              </w:rPr>
            </w:pPr>
          </w:p>
          <w:p w:rsidR="00CE5956" w:rsidRPr="00CE5956" w:rsidRDefault="00CE5956" w:rsidP="001B2651">
            <w:pPr>
              <w:spacing w:after="0" w:line="340" w:lineRule="atLeast"/>
              <w:rPr>
                <w:color w:val="000000" w:themeColor="text1"/>
              </w:rPr>
            </w:pPr>
            <w:r w:rsidRPr="00CE5956">
              <w:rPr>
                <w:color w:val="000000" w:themeColor="text1"/>
              </w:rPr>
              <w:t>Vì đất nước ta ra đi xây đời hạnh phúc cho mai sau</w:t>
            </w:r>
          </w:p>
          <w:p w:rsidR="00CE5956" w:rsidRPr="00CE5956" w:rsidRDefault="00CE5956" w:rsidP="001B2651">
            <w:pPr>
              <w:spacing w:after="0" w:line="340" w:lineRule="atLeast"/>
              <w:rPr>
                <w:color w:val="000000" w:themeColor="text1"/>
              </w:rPr>
            </w:pPr>
            <w:r w:rsidRPr="00CE5956">
              <w:rPr>
                <w:color w:val="000000" w:themeColor="text1"/>
              </w:rPr>
              <w:t>Thoả lòng mong ước của Bác Hồ đêm ngày hằng mong</w:t>
            </w:r>
          </w:p>
          <w:p w:rsidR="00CE5956" w:rsidRPr="00CE5956" w:rsidRDefault="00CE5956" w:rsidP="001B2651">
            <w:pPr>
              <w:spacing w:after="0" w:line="340" w:lineRule="atLeast"/>
              <w:rPr>
                <w:color w:val="000000" w:themeColor="text1"/>
              </w:rPr>
            </w:pPr>
            <w:r w:rsidRPr="00CE5956">
              <w:rPr>
                <w:color w:val="000000" w:themeColor="text1"/>
              </w:rPr>
              <w:t>Vì đất nước ta ra đi xây đời hạnh phúc cho mai sau</w:t>
            </w:r>
          </w:p>
          <w:p w:rsidR="00CE5956" w:rsidRDefault="00CE5956" w:rsidP="001B2651">
            <w:pPr>
              <w:spacing w:after="0" w:line="340" w:lineRule="atLeast"/>
              <w:rPr>
                <w:color w:val="000000" w:themeColor="text1"/>
              </w:rPr>
            </w:pPr>
            <w:r w:rsidRPr="00CE5956">
              <w:rPr>
                <w:color w:val="000000" w:themeColor="text1"/>
              </w:rPr>
              <w:t>Thoả lòng mong ước của Bác Hồ đêm ngày hằng mong</w:t>
            </w:r>
          </w:p>
          <w:p w:rsidR="00CE5956" w:rsidRPr="00CE5956" w:rsidRDefault="00CE5956" w:rsidP="001B2651">
            <w:pPr>
              <w:spacing w:after="0" w:line="340" w:lineRule="atLeast"/>
              <w:rPr>
                <w:color w:val="000000" w:themeColor="text1"/>
              </w:rPr>
            </w:pPr>
          </w:p>
          <w:p w:rsidR="00CE5956" w:rsidRPr="00CE5956" w:rsidRDefault="00CE5956" w:rsidP="001B2651">
            <w:pPr>
              <w:spacing w:after="0" w:line="340" w:lineRule="atLeast"/>
              <w:rPr>
                <w:color w:val="000000" w:themeColor="text1"/>
              </w:rPr>
            </w:pPr>
            <w:r w:rsidRPr="00CE5956">
              <w:rPr>
                <w:color w:val="000000" w:themeColor="text1"/>
              </w:rPr>
              <w:t>Là thanh niên thế hệ Hồ Chí Minh</w:t>
            </w:r>
          </w:p>
          <w:p w:rsidR="00CE5956" w:rsidRPr="00CE5956" w:rsidRDefault="00CE5956" w:rsidP="001B2651">
            <w:pPr>
              <w:spacing w:after="0" w:line="340" w:lineRule="atLeast"/>
              <w:rPr>
                <w:color w:val="000000" w:themeColor="text1"/>
              </w:rPr>
            </w:pPr>
            <w:r w:rsidRPr="00CE5956">
              <w:rPr>
                <w:color w:val="000000" w:themeColor="text1"/>
              </w:rPr>
              <w:t>Vì ngày mai ta xây đắp những công trình vĩ đại</w:t>
            </w:r>
          </w:p>
          <w:p w:rsidR="00CE5956" w:rsidRPr="00CE5956" w:rsidRDefault="00CE5956" w:rsidP="001B2651">
            <w:pPr>
              <w:spacing w:after="0" w:line="340" w:lineRule="atLeast"/>
              <w:rPr>
                <w:color w:val="000000" w:themeColor="text1"/>
              </w:rPr>
            </w:pPr>
            <w:r w:rsidRPr="00CE5956">
              <w:rPr>
                <w:color w:val="000000" w:themeColor="text1"/>
              </w:rPr>
              <w:t>Đồng lúa trĩu bông quê ta nhà máy khói ngút trời</w:t>
            </w:r>
          </w:p>
          <w:p w:rsidR="00CE5956" w:rsidRDefault="00CE5956" w:rsidP="001B2651">
            <w:pPr>
              <w:spacing w:after="0" w:line="340" w:lineRule="atLeast"/>
              <w:rPr>
                <w:color w:val="000000" w:themeColor="text1"/>
              </w:rPr>
            </w:pPr>
            <w:r w:rsidRPr="00CE5956">
              <w:rPr>
                <w:color w:val="000000" w:themeColor="text1"/>
              </w:rPr>
              <w:t>Cả Tổ quốc trong tương lai ánh điện toả sáng</w:t>
            </w:r>
          </w:p>
          <w:p w:rsidR="00CE5956" w:rsidRPr="00CE5956" w:rsidRDefault="00CE5956" w:rsidP="001B2651">
            <w:pPr>
              <w:spacing w:after="0" w:line="340" w:lineRule="atLeast"/>
              <w:rPr>
                <w:b/>
                <w:color w:val="000000" w:themeColor="text1"/>
              </w:rPr>
            </w:pPr>
            <w:r w:rsidRPr="00CE5956">
              <w:rPr>
                <w:b/>
                <w:color w:val="000000" w:themeColor="text1"/>
              </w:rPr>
              <w:t>Điệp khúc:</w:t>
            </w:r>
          </w:p>
          <w:p w:rsidR="00CE5956" w:rsidRPr="00CE5956" w:rsidRDefault="00CE5956" w:rsidP="001B2651">
            <w:pPr>
              <w:spacing w:after="0" w:line="340" w:lineRule="atLeast"/>
              <w:rPr>
                <w:color w:val="000000" w:themeColor="text1"/>
              </w:rPr>
            </w:pPr>
            <w:r>
              <w:rPr>
                <w:color w:val="000000" w:themeColor="text1"/>
              </w:rPr>
              <w:t>(</w:t>
            </w:r>
            <w:r w:rsidRPr="00CE5956">
              <w:rPr>
                <w:color w:val="000000" w:themeColor="text1"/>
              </w:rPr>
              <w:t>Là công sức ta xây nên đất trời Tổ quốc thêm xanh tươi</w:t>
            </w:r>
          </w:p>
          <w:p w:rsidR="00CE5956" w:rsidRPr="00CE5956" w:rsidRDefault="00CE5956" w:rsidP="001B2651">
            <w:pPr>
              <w:spacing w:after="0" w:line="340" w:lineRule="atLeast"/>
              <w:rPr>
                <w:color w:val="000000" w:themeColor="text1"/>
                <w:vertAlign w:val="superscript"/>
              </w:rPr>
            </w:pPr>
            <w:r w:rsidRPr="00CE5956">
              <w:rPr>
                <w:color w:val="000000" w:themeColor="text1"/>
              </w:rPr>
              <w:t>Thoả lòng mong ước của Bác Hồ đêm ngày hằng mong</w:t>
            </w:r>
            <w:r>
              <w:rPr>
                <w:color w:val="000000" w:themeColor="text1"/>
              </w:rPr>
              <w:t>)</w:t>
            </w:r>
            <w:r>
              <w:rPr>
                <w:color w:val="000000" w:themeColor="text1"/>
                <w:vertAlign w:val="superscript"/>
              </w:rPr>
              <w:t>3</w:t>
            </w:r>
          </w:p>
          <w:p w:rsidR="00CE5956" w:rsidRPr="00CE5956" w:rsidRDefault="00CE5956" w:rsidP="001B2651">
            <w:pPr>
              <w:spacing w:after="0" w:line="340" w:lineRule="atLeast"/>
              <w:rPr>
                <w:color w:val="000000" w:themeColor="text1"/>
              </w:rPr>
            </w:pPr>
            <w:r w:rsidRPr="00CE5956">
              <w:rPr>
                <w:color w:val="000000" w:themeColor="text1"/>
              </w:rPr>
              <w:t>Là công sức ta xây nên đất trời Tổ quốc thêm xanh tươi</w:t>
            </w:r>
          </w:p>
          <w:p w:rsidR="00CE5956" w:rsidRDefault="00CE5956" w:rsidP="001B2651">
            <w:pPr>
              <w:spacing w:after="0" w:line="340" w:lineRule="atLeast"/>
              <w:rPr>
                <w:color w:val="000000" w:themeColor="text1"/>
              </w:rPr>
            </w:pPr>
            <w:r w:rsidRPr="00CE5956">
              <w:rPr>
                <w:color w:val="000000" w:themeColor="text1"/>
              </w:rPr>
              <w:lastRenderedPageBreak/>
              <w:t>Thoả lòng mong ước của Bác Hồ đêm ngày hằng mong</w:t>
            </w:r>
          </w:p>
          <w:p w:rsidR="00CE5956" w:rsidRPr="00CE5956" w:rsidRDefault="00CE5956" w:rsidP="001B2651">
            <w:pPr>
              <w:spacing w:after="0" w:line="340" w:lineRule="atLeast"/>
              <w:rPr>
                <w:color w:val="000000" w:themeColor="text1"/>
              </w:rPr>
            </w:pPr>
            <w:r w:rsidRPr="00CE5956">
              <w:rPr>
                <w:color w:val="000000" w:themeColor="text1"/>
              </w:rPr>
              <w:t>Là công sức ta xây nên đất trời Tổ quốc thêm xanh tươi</w:t>
            </w:r>
          </w:p>
          <w:p w:rsidR="00771AF2" w:rsidRDefault="00CE5956" w:rsidP="001B2651">
            <w:pPr>
              <w:spacing w:after="0" w:line="340" w:lineRule="atLeast"/>
            </w:pPr>
            <w:r w:rsidRPr="00CE5956">
              <w:rPr>
                <w:color w:val="000000" w:themeColor="text1"/>
              </w:rPr>
              <w:t>Thoả lòng mong ước của Bác Hồ đêm ngày</w:t>
            </w:r>
            <w:r w:rsidR="00693CF7">
              <w:rPr>
                <w:color w:val="000000" w:themeColor="text1"/>
              </w:rPr>
              <w:t>…..</w:t>
            </w:r>
            <w:bookmarkStart w:id="0" w:name="_GoBack"/>
            <w:bookmarkEnd w:id="0"/>
            <w:r w:rsidRPr="00CE5956">
              <w:rPr>
                <w:color w:val="000000" w:themeColor="text1"/>
              </w:rPr>
              <w:t xml:space="preserve"> hằng mong</w:t>
            </w:r>
            <w:r>
              <w:rPr>
                <w:color w:val="000000" w:themeColor="text1"/>
              </w:rPr>
              <w:t>./.</w:t>
            </w:r>
          </w:p>
        </w:tc>
      </w:tr>
      <w:tr w:rsidR="00CE5956" w:rsidRPr="00CE5956" w:rsidTr="00E06AE2">
        <w:trPr>
          <w:jc w:val="center"/>
        </w:trPr>
        <w:tc>
          <w:tcPr>
            <w:tcW w:w="3227" w:type="dxa"/>
          </w:tcPr>
          <w:p w:rsidR="00CE5956" w:rsidRPr="00CE5956" w:rsidRDefault="00CE5956" w:rsidP="001B2651">
            <w:pPr>
              <w:spacing w:after="0" w:line="340" w:lineRule="atLeast"/>
              <w:rPr>
                <w:b/>
                <w:color w:val="7030A0"/>
              </w:rPr>
            </w:pPr>
            <w:r w:rsidRPr="00CE5956">
              <w:rPr>
                <w:b/>
                <w:color w:val="7030A0"/>
              </w:rPr>
              <w:lastRenderedPageBreak/>
              <w:t>Câu Sologan kết thúc tiết mục:</w:t>
            </w:r>
          </w:p>
          <w:p w:rsidR="00CE5956" w:rsidRPr="00CE5956" w:rsidRDefault="00CE5956" w:rsidP="001B2651">
            <w:pPr>
              <w:spacing w:after="0" w:line="340" w:lineRule="atLeast"/>
              <w:rPr>
                <w:b/>
                <w:color w:val="7030A0"/>
              </w:rPr>
            </w:pPr>
          </w:p>
        </w:tc>
        <w:tc>
          <w:tcPr>
            <w:tcW w:w="7229" w:type="dxa"/>
          </w:tcPr>
          <w:p w:rsidR="00CE5956" w:rsidRPr="00CE5956" w:rsidRDefault="00CE5956" w:rsidP="001B2651">
            <w:pPr>
              <w:spacing w:after="0" w:line="340" w:lineRule="atLeast"/>
              <w:rPr>
                <w:b/>
                <w:color w:val="7030A0"/>
              </w:rPr>
            </w:pPr>
            <w:r w:rsidRPr="00CE5956">
              <w:rPr>
                <w:b/>
                <w:color w:val="7030A0"/>
              </w:rPr>
              <w:t>Cô Huyên: Tuổi trẻ trường Cao đẳng Lý Tự Trọng</w:t>
            </w:r>
            <w:r>
              <w:rPr>
                <w:b/>
                <w:color w:val="7030A0"/>
              </w:rPr>
              <w:t xml:space="preserve"> Thành Phố Hồ Chí Minh</w:t>
            </w:r>
          </w:p>
          <w:p w:rsidR="00CE5956" w:rsidRPr="00CE5956" w:rsidRDefault="00CE5956" w:rsidP="001B2651">
            <w:pPr>
              <w:spacing w:after="0" w:line="340" w:lineRule="atLeast"/>
              <w:rPr>
                <w:b/>
                <w:color w:val="7030A0"/>
              </w:rPr>
            </w:pPr>
            <w:r w:rsidRPr="00CE5956">
              <w:rPr>
                <w:b/>
                <w:color w:val="7030A0"/>
              </w:rPr>
              <w:t>SV 1</w:t>
            </w:r>
            <w:r w:rsidR="004A364B">
              <w:rPr>
                <w:b/>
                <w:color w:val="7030A0"/>
              </w:rPr>
              <w:t>- Cô Thơm</w:t>
            </w:r>
            <w:r w:rsidRPr="00CE5956">
              <w:rPr>
                <w:b/>
                <w:color w:val="7030A0"/>
              </w:rPr>
              <w:t>: Học tập</w:t>
            </w:r>
          </w:p>
          <w:p w:rsidR="00CE5956" w:rsidRPr="00CE5956" w:rsidRDefault="00CE5956" w:rsidP="001B2651">
            <w:pPr>
              <w:spacing w:after="0" w:line="340" w:lineRule="atLeast"/>
              <w:rPr>
                <w:b/>
                <w:color w:val="7030A0"/>
              </w:rPr>
            </w:pPr>
            <w:r w:rsidRPr="00CE5956">
              <w:rPr>
                <w:b/>
                <w:color w:val="7030A0"/>
              </w:rPr>
              <w:t>SV2</w:t>
            </w:r>
            <w:r w:rsidR="00693CF7">
              <w:rPr>
                <w:b/>
                <w:color w:val="7030A0"/>
              </w:rPr>
              <w:t xml:space="preserve"> – Cô Trang</w:t>
            </w:r>
            <w:r w:rsidRPr="00CE5956">
              <w:rPr>
                <w:b/>
                <w:color w:val="7030A0"/>
              </w:rPr>
              <w:t>: Làm theo</w:t>
            </w:r>
          </w:p>
          <w:p w:rsidR="00CE5956" w:rsidRPr="00CE5956" w:rsidRDefault="00CE5956" w:rsidP="001B2651">
            <w:pPr>
              <w:spacing w:after="0" w:line="340" w:lineRule="atLeast"/>
              <w:rPr>
                <w:b/>
                <w:color w:val="7030A0"/>
              </w:rPr>
            </w:pPr>
            <w:r w:rsidRPr="00CE5956">
              <w:rPr>
                <w:b/>
                <w:color w:val="7030A0"/>
              </w:rPr>
              <w:t>SV3</w:t>
            </w:r>
            <w:r w:rsidR="00693CF7">
              <w:rPr>
                <w:b/>
                <w:color w:val="7030A0"/>
              </w:rPr>
              <w:t xml:space="preserve"> - Long</w:t>
            </w:r>
            <w:r w:rsidRPr="00CE5956">
              <w:rPr>
                <w:b/>
                <w:color w:val="7030A0"/>
              </w:rPr>
              <w:t>: Tư tưởng</w:t>
            </w:r>
          </w:p>
          <w:p w:rsidR="00CE5956" w:rsidRPr="00CE5956" w:rsidRDefault="00CE5956" w:rsidP="001B2651">
            <w:pPr>
              <w:spacing w:after="0" w:line="340" w:lineRule="atLeast"/>
              <w:rPr>
                <w:b/>
                <w:color w:val="7030A0"/>
              </w:rPr>
            </w:pPr>
            <w:r w:rsidRPr="00CE5956">
              <w:rPr>
                <w:b/>
                <w:color w:val="7030A0"/>
              </w:rPr>
              <w:t>SV4</w:t>
            </w:r>
            <w:r w:rsidR="00693CF7">
              <w:rPr>
                <w:b/>
                <w:color w:val="7030A0"/>
              </w:rPr>
              <w:t xml:space="preserve"> – Lộc</w:t>
            </w:r>
            <w:r w:rsidRPr="00CE5956">
              <w:rPr>
                <w:b/>
                <w:color w:val="7030A0"/>
              </w:rPr>
              <w:t>: Đạo đức</w:t>
            </w:r>
          </w:p>
          <w:p w:rsidR="00CE5956" w:rsidRPr="00CE5956" w:rsidRDefault="00CE5956" w:rsidP="001B2651">
            <w:pPr>
              <w:spacing w:after="0" w:line="340" w:lineRule="atLeast"/>
              <w:rPr>
                <w:b/>
                <w:color w:val="7030A0"/>
              </w:rPr>
            </w:pPr>
            <w:r w:rsidRPr="00CE5956">
              <w:rPr>
                <w:b/>
                <w:color w:val="7030A0"/>
              </w:rPr>
              <w:t>SV5</w:t>
            </w:r>
            <w:r w:rsidR="00693CF7">
              <w:rPr>
                <w:b/>
                <w:color w:val="7030A0"/>
              </w:rPr>
              <w:t xml:space="preserve"> – Viết Tuấn</w:t>
            </w:r>
            <w:r w:rsidRPr="00CE5956">
              <w:rPr>
                <w:b/>
                <w:color w:val="7030A0"/>
              </w:rPr>
              <w:t>: Phong cách</w:t>
            </w:r>
          </w:p>
          <w:p w:rsidR="00CE5956" w:rsidRPr="00CE5956" w:rsidRDefault="00693CF7" w:rsidP="001B2651">
            <w:pPr>
              <w:spacing w:after="0" w:line="340" w:lineRule="atLeast"/>
              <w:rPr>
                <w:b/>
                <w:color w:val="7030A0"/>
              </w:rPr>
            </w:pPr>
            <w:r>
              <w:rPr>
                <w:b/>
                <w:color w:val="7030A0"/>
              </w:rPr>
              <w:t>Cả đội cùng</w:t>
            </w:r>
            <w:r w:rsidR="00CE5956" w:rsidRPr="00CE5956">
              <w:rPr>
                <w:b/>
                <w:color w:val="7030A0"/>
              </w:rPr>
              <w:t xml:space="preserve"> đồng thanh</w:t>
            </w:r>
            <w:r w:rsidR="00DB333D">
              <w:rPr>
                <w:b/>
                <w:color w:val="7030A0"/>
              </w:rPr>
              <w:t>:</w:t>
            </w:r>
            <w:r w:rsidR="00CE5956" w:rsidRPr="00CE5956">
              <w:rPr>
                <w:b/>
                <w:color w:val="7030A0"/>
              </w:rPr>
              <w:t xml:space="preserve"> Hồ Chí Minh</w:t>
            </w:r>
          </w:p>
          <w:p w:rsidR="00CE5956" w:rsidRPr="00CE5956" w:rsidRDefault="00CE5956" w:rsidP="001B2651">
            <w:pPr>
              <w:spacing w:after="0" w:line="340" w:lineRule="atLeast"/>
              <w:rPr>
                <w:b/>
                <w:color w:val="7030A0"/>
              </w:rPr>
            </w:pPr>
            <w:r w:rsidRPr="00CE5956">
              <w:rPr>
                <w:b/>
                <w:color w:val="7030A0"/>
              </w:rPr>
              <w:t>Cả đội cúi đầu chào và đi vào cánh gà.</w:t>
            </w:r>
          </w:p>
        </w:tc>
      </w:tr>
    </w:tbl>
    <w:p w:rsidR="00F236DD" w:rsidRPr="00CE5956" w:rsidRDefault="00F236DD" w:rsidP="001B2651">
      <w:pPr>
        <w:spacing w:after="0" w:line="340" w:lineRule="atLeast"/>
        <w:rPr>
          <w:b/>
          <w:color w:val="7030A0"/>
        </w:rPr>
      </w:pPr>
    </w:p>
    <w:p w:rsidR="00F236DD" w:rsidRPr="00CE5956" w:rsidRDefault="00F236DD" w:rsidP="001B2651">
      <w:pPr>
        <w:spacing w:after="0" w:line="340" w:lineRule="atLeast"/>
        <w:ind w:left="283" w:hanging="170"/>
        <w:rPr>
          <w:b/>
          <w:color w:val="7030A0"/>
        </w:rPr>
      </w:pPr>
    </w:p>
    <w:sectPr w:rsidR="00F236DD" w:rsidRPr="00CE5956" w:rsidSect="00034616">
      <w:footerReference w:type="default" r:id="rId8"/>
      <w:pgSz w:w="12240" w:h="15840"/>
      <w:pgMar w:top="1134" w:right="1134"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122" w:rsidRDefault="00831122">
      <w:pPr>
        <w:spacing w:after="0" w:line="240" w:lineRule="auto"/>
      </w:pPr>
      <w:r>
        <w:separator/>
      </w:r>
    </w:p>
  </w:endnote>
  <w:endnote w:type="continuationSeparator" w:id="0">
    <w:p w:rsidR="00831122" w:rsidRDefault="00831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Robot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6DD" w:rsidRDefault="00CD42C0">
    <w:pPr>
      <w:pStyle w:val="Footer"/>
      <w:jc w:val="center"/>
    </w:pPr>
    <w:r>
      <w:rPr>
        <w:i/>
        <w:sz w:val="20"/>
      </w:rPr>
      <w:t>Kịch bản dự thi “Bác Hồ trong tim ta”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122" w:rsidRDefault="00831122">
      <w:pPr>
        <w:spacing w:after="0" w:line="240" w:lineRule="auto"/>
      </w:pPr>
      <w:r>
        <w:separator/>
      </w:r>
    </w:p>
  </w:footnote>
  <w:footnote w:type="continuationSeparator" w:id="0">
    <w:p w:rsidR="00831122" w:rsidRDefault="00831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E6BB7"/>
    <w:rsid w:val="000F1283"/>
    <w:rsid w:val="001316D4"/>
    <w:rsid w:val="00136A37"/>
    <w:rsid w:val="0015074B"/>
    <w:rsid w:val="001B2651"/>
    <w:rsid w:val="001C3194"/>
    <w:rsid w:val="00270FFF"/>
    <w:rsid w:val="0029639D"/>
    <w:rsid w:val="002C599C"/>
    <w:rsid w:val="00326F90"/>
    <w:rsid w:val="003C26FD"/>
    <w:rsid w:val="004A364B"/>
    <w:rsid w:val="005259C1"/>
    <w:rsid w:val="00535B25"/>
    <w:rsid w:val="0055179A"/>
    <w:rsid w:val="005A28C1"/>
    <w:rsid w:val="005D7B74"/>
    <w:rsid w:val="00693CF7"/>
    <w:rsid w:val="00771AF2"/>
    <w:rsid w:val="007750D9"/>
    <w:rsid w:val="00831122"/>
    <w:rsid w:val="00863F52"/>
    <w:rsid w:val="00902E2C"/>
    <w:rsid w:val="009641FB"/>
    <w:rsid w:val="009F4ECD"/>
    <w:rsid w:val="00A8311B"/>
    <w:rsid w:val="00AA1D8D"/>
    <w:rsid w:val="00B47730"/>
    <w:rsid w:val="00BB4EC9"/>
    <w:rsid w:val="00BD1625"/>
    <w:rsid w:val="00CB0664"/>
    <w:rsid w:val="00CD42C0"/>
    <w:rsid w:val="00CE5956"/>
    <w:rsid w:val="00DB333D"/>
    <w:rsid w:val="00E06AE2"/>
    <w:rsid w:val="00E358F1"/>
    <w:rsid w:val="00F236DD"/>
    <w:rsid w:val="00F3140F"/>
    <w:rsid w:val="00F46B02"/>
    <w:rsid w:val="00F76F9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07DCD3"/>
  <w14:defaultImageDpi w14:val="300"/>
  <w15:docId w15:val="{DC8B833B-E7D9-4B26-AE58-00D4E404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771AF2"/>
    <w:pPr>
      <w:spacing w:before="100" w:beforeAutospacing="1" w:after="100" w:afterAutospacing="1" w:line="240" w:lineRule="auto"/>
    </w:pPr>
    <w:rPr>
      <w:rFonts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069637">
      <w:bodyDiv w:val="1"/>
      <w:marLeft w:val="0"/>
      <w:marRight w:val="0"/>
      <w:marTop w:val="0"/>
      <w:marBottom w:val="0"/>
      <w:divBdr>
        <w:top w:val="none" w:sz="0" w:space="0" w:color="auto"/>
        <w:left w:val="none" w:sz="0" w:space="0" w:color="auto"/>
        <w:bottom w:val="none" w:sz="0" w:space="0" w:color="auto"/>
        <w:right w:val="none" w:sz="0" w:space="0" w:color="auto"/>
      </w:divBdr>
    </w:div>
    <w:div w:id="1903759955">
      <w:bodyDiv w:val="1"/>
      <w:marLeft w:val="0"/>
      <w:marRight w:val="0"/>
      <w:marTop w:val="0"/>
      <w:marBottom w:val="0"/>
      <w:divBdr>
        <w:top w:val="none" w:sz="0" w:space="0" w:color="auto"/>
        <w:left w:val="none" w:sz="0" w:space="0" w:color="auto"/>
        <w:bottom w:val="none" w:sz="0" w:space="0" w:color="auto"/>
        <w:right w:val="none" w:sz="0" w:space="0" w:color="auto"/>
      </w:divBdr>
    </w:div>
    <w:div w:id="1977878641">
      <w:bodyDiv w:val="1"/>
      <w:marLeft w:val="0"/>
      <w:marRight w:val="0"/>
      <w:marTop w:val="0"/>
      <w:marBottom w:val="0"/>
      <w:divBdr>
        <w:top w:val="none" w:sz="0" w:space="0" w:color="auto"/>
        <w:left w:val="none" w:sz="0" w:space="0" w:color="auto"/>
        <w:bottom w:val="none" w:sz="0" w:space="0" w:color="auto"/>
        <w:right w:val="none" w:sz="0" w:space="0" w:color="auto"/>
      </w:divBdr>
    </w:div>
    <w:div w:id="2095126956">
      <w:bodyDiv w:val="1"/>
      <w:marLeft w:val="0"/>
      <w:marRight w:val="0"/>
      <w:marTop w:val="0"/>
      <w:marBottom w:val="0"/>
      <w:divBdr>
        <w:top w:val="none" w:sz="0" w:space="0" w:color="auto"/>
        <w:left w:val="none" w:sz="0" w:space="0" w:color="auto"/>
        <w:bottom w:val="none" w:sz="0" w:space="0" w:color="auto"/>
        <w:right w:val="none" w:sz="0" w:space="0" w:color="auto"/>
      </w:divBdr>
      <w:divsChild>
        <w:div w:id="1422485724">
          <w:marLeft w:val="0"/>
          <w:marRight w:val="0"/>
          <w:marTop w:val="0"/>
          <w:marBottom w:val="180"/>
          <w:divBdr>
            <w:top w:val="none" w:sz="0" w:space="0" w:color="auto"/>
            <w:left w:val="none" w:sz="0" w:space="0" w:color="auto"/>
            <w:bottom w:val="none" w:sz="0" w:space="0" w:color="auto"/>
            <w:right w:val="none" w:sz="0" w:space="0" w:color="auto"/>
          </w:divBdr>
        </w:div>
        <w:div w:id="1469397170">
          <w:marLeft w:val="0"/>
          <w:marRight w:val="0"/>
          <w:marTop w:val="0"/>
          <w:marBottom w:val="180"/>
          <w:divBdr>
            <w:top w:val="none" w:sz="0" w:space="0" w:color="auto"/>
            <w:left w:val="none" w:sz="0" w:space="0" w:color="auto"/>
            <w:bottom w:val="none" w:sz="0" w:space="0" w:color="auto"/>
            <w:right w:val="none" w:sz="0" w:space="0" w:color="auto"/>
          </w:divBdr>
        </w:div>
        <w:div w:id="730926775">
          <w:marLeft w:val="0"/>
          <w:marRight w:val="0"/>
          <w:marTop w:val="0"/>
          <w:marBottom w:val="18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28B39-C98B-42EE-8F4C-AB6489C5A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6</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17</cp:revision>
  <dcterms:created xsi:type="dcterms:W3CDTF">2013-12-23T23:15:00Z</dcterms:created>
  <dcterms:modified xsi:type="dcterms:W3CDTF">2026-05-17T12:51:00Z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95c9d2a3-ddce-4aaa-bb57-29be5cefd52e</vt:lpwstr>
  </property>
</Properties>
</file>