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E46B2" w14:textId="66B794BA" w:rsidR="009902D2" w:rsidRDefault="00775DB0">
      <w:pPr>
        <w:jc w:val="center"/>
      </w:pPr>
      <w:r>
        <w:rPr>
          <w:b/>
          <w:sz w:val="28"/>
        </w:rPr>
        <w:t>BÁO CÁO</w:t>
      </w:r>
    </w:p>
    <w:p w14:paraId="1A8B1BD8" w14:textId="77777777" w:rsidR="009902D2" w:rsidRPr="00E94DFF" w:rsidRDefault="00775DB0">
      <w:pPr>
        <w:jc w:val="center"/>
        <w:rPr>
          <w:i/>
          <w:iCs/>
        </w:rPr>
      </w:pPr>
      <w:r w:rsidRPr="00E94DFF">
        <w:rPr>
          <w:b/>
          <w:i/>
          <w:iCs/>
        </w:rPr>
        <w:t>Về việc xem xét đánh giá thi đua đối với thầy Bùi Thành Dũng</w:t>
      </w:r>
    </w:p>
    <w:p w14:paraId="65B7E6A3" w14:textId="5CDAAA01" w:rsidR="009902D2" w:rsidRDefault="00775DB0" w:rsidP="00A36070">
      <w:pPr>
        <w:ind w:left="630"/>
      </w:pPr>
      <w:r>
        <w:rPr>
          <w:b/>
        </w:rPr>
        <w:t xml:space="preserve">Kính gửi: </w:t>
      </w:r>
      <w:r>
        <w:t xml:space="preserve">Thường trực Hội đồng Thi đua - Khen thưởng </w:t>
      </w:r>
      <w:r>
        <w:t>Trường</w:t>
      </w:r>
      <w:r w:rsidR="00A36070">
        <w:t xml:space="preserve"> Cao đẳng Lý Tự Trọng. TP.HCM</w:t>
      </w:r>
    </w:p>
    <w:p w14:paraId="5820A7CA" w14:textId="391D9606" w:rsidR="00837B18" w:rsidRDefault="00837B18" w:rsidP="00A36070">
      <w:pPr>
        <w:ind w:firstLine="630"/>
      </w:pPr>
      <w:r>
        <w:t>Họ và tên: Lê Thị Hồng Vân</w:t>
      </w:r>
    </w:p>
    <w:p w14:paraId="5AA6739C" w14:textId="317F3812" w:rsidR="00C91ABB" w:rsidRDefault="00837B18" w:rsidP="00A36070">
      <w:pPr>
        <w:ind w:firstLine="630"/>
      </w:pPr>
      <w:r>
        <w:t>Đơn vị công tác</w:t>
      </w:r>
      <w:r w:rsidR="00C91ABB">
        <w:t xml:space="preserve">: </w:t>
      </w:r>
      <w:r>
        <w:t xml:space="preserve">Trưởng </w:t>
      </w:r>
      <w:r w:rsidR="00C91ABB">
        <w:t>Khoa Giáo dục đại cương</w:t>
      </w:r>
    </w:p>
    <w:p w14:paraId="5B17EBC1" w14:textId="77777777" w:rsidR="009902D2" w:rsidRDefault="00775DB0">
      <w:r>
        <w:rPr>
          <w:b/>
        </w:rPr>
        <w:t>1. Về việc đánh giá thi đua tháng 7/2026</w:t>
      </w:r>
    </w:p>
    <w:p w14:paraId="3FBC4493" w14:textId="0E60AC07" w:rsidR="009902D2" w:rsidRDefault="00775DB0" w:rsidP="00CF0FAF">
      <w:pPr>
        <w:spacing w:after="120"/>
        <w:ind w:firstLine="567"/>
        <w:jc w:val="both"/>
      </w:pPr>
      <w:r>
        <w:t xml:space="preserve">Tại thời điểm Khoa thực hiện đánh giá thi đua tháng 7/2026, căn cứ </w:t>
      </w:r>
      <w:r>
        <w:t xml:space="preserve">thông tin Khoa </w:t>
      </w:r>
      <w:r>
        <w:t xml:space="preserve">nhận </w:t>
      </w:r>
      <w:r w:rsidR="00A36070">
        <w:t xml:space="preserve">từ </w:t>
      </w:r>
      <w:r w:rsidR="00E94DFF" w:rsidRPr="00E94DFF">
        <w:t>phòng Công tác sinh viên - Thư viện - Y tế</w:t>
      </w:r>
      <w:r>
        <w:t xml:space="preserve"> về việc thầy Bùi Thành Dũng có trường hợp vào lớp trễ, Khoa đã xếp mức B</w:t>
      </w:r>
      <w:r w:rsidR="00E94DFF">
        <w:t>1</w:t>
      </w:r>
      <w:r>
        <w:t xml:space="preserve"> đối với thầy Dũng.</w:t>
      </w:r>
    </w:p>
    <w:p w14:paraId="349F7FBD" w14:textId="508E6C85" w:rsidR="009902D2" w:rsidRDefault="00775DB0" w:rsidP="00CF0FAF">
      <w:pPr>
        <w:spacing w:after="120"/>
        <w:ind w:firstLine="567"/>
        <w:jc w:val="both"/>
      </w:pPr>
      <w:r>
        <w:t>Việc xếp loại B</w:t>
      </w:r>
      <w:r w:rsidR="00E94DFF">
        <w:t>1</w:t>
      </w:r>
      <w:r>
        <w:t xml:space="preserve"> tại thời điểm đó được thực hiện trên cơ sở các thông tin Khoa </w:t>
      </w:r>
      <w:r w:rsidR="001906EA">
        <w:t xml:space="preserve">nhận </w:t>
      </w:r>
      <w:r w:rsidR="001906EA" w:rsidRPr="00E94DFF">
        <w:t>phòng Công tác sinh viên - Thư viện - Y tế</w:t>
      </w:r>
      <w:r w:rsidR="001906EA">
        <w:t xml:space="preserve"> </w:t>
      </w:r>
      <w:r>
        <w:t xml:space="preserve"> trong quá trình theo dõi, đánh giá thi đua</w:t>
      </w:r>
      <w:r w:rsidR="001906EA">
        <w:t xml:space="preserve"> căn cứ vào qui chế xếp loại thi đua của Nhà trường.</w:t>
      </w:r>
    </w:p>
    <w:p w14:paraId="65F4424F" w14:textId="624D0DD0" w:rsidR="009902D2" w:rsidRDefault="00904777" w:rsidP="00CF0FAF">
      <w:pPr>
        <w:spacing w:after="120"/>
        <w:ind w:firstLine="567"/>
        <w:jc w:val="both"/>
      </w:pPr>
      <w:r>
        <w:t>Trước</w:t>
      </w:r>
      <w:r w:rsidR="00CF0FAF">
        <w:t xml:space="preserve"> khi họp khoa vào ngày </w:t>
      </w:r>
      <w:r w:rsidR="001906EA">
        <w:t xml:space="preserve">22/7/2026, </w:t>
      </w:r>
      <w:r w:rsidR="00775DB0">
        <w:t xml:space="preserve">tôi đã trực tiếp tìm hiểu, trao đổi và xác minh lại sự việc, đồng thời </w:t>
      </w:r>
      <w:r w:rsidR="001906EA">
        <w:t>nghe ý kiến trình bày</w:t>
      </w:r>
      <w:r w:rsidR="00775DB0">
        <w:t xml:space="preserve"> của thầy Bùi Thành Dũng và các thông tin liên quan đến nguyên nhân dẫn đến việc vào lớp trễ.</w:t>
      </w:r>
    </w:p>
    <w:p w14:paraId="66A0C9EE" w14:textId="77777777" w:rsidR="009902D2" w:rsidRDefault="00775DB0">
      <w:r>
        <w:rPr>
          <w:b/>
        </w:rPr>
        <w:t>2. Về kết quả tìm hiểu, xác minh sự việc</w:t>
      </w:r>
    </w:p>
    <w:p w14:paraId="416FAB9E" w14:textId="14C3E6FC" w:rsidR="009902D2" w:rsidRDefault="00775DB0" w:rsidP="00940F13">
      <w:pPr>
        <w:spacing w:after="120"/>
        <w:ind w:firstLine="567"/>
        <w:jc w:val="both"/>
      </w:pPr>
      <w:r>
        <w:t>Qua tìm hiểu, Khoa xác định việc thầy Bùi Thành Dũng vào lớp trễ là có xảy ra và đây là thiếu sót mà giảng viên cần nghiêm túc rút kinh nghiệm</w:t>
      </w:r>
      <w:r w:rsidR="00417714">
        <w:t>, tôi có xem cả camera của Thầy Chiến ghi lại sự việc.</w:t>
      </w:r>
    </w:p>
    <w:p w14:paraId="7417A569" w14:textId="77777777" w:rsidR="009902D2" w:rsidRDefault="00775DB0" w:rsidP="00940F13">
      <w:pPr>
        <w:spacing w:after="120"/>
        <w:ind w:firstLine="567"/>
        <w:jc w:val="both"/>
      </w:pPr>
      <w:r>
        <w:t>Tuy nhiên, khi xem xét đầy đủ sự việc, Khoa nhận thấy cần đánh giá khô</w:t>
      </w:r>
      <w:r>
        <w:t>ng chỉ căn cứ vào kết quả cuối cùng là “vào lớp trễ”, mà cần xem xét cả nguyên nhân, diễn biến sự việc và ý thức của giảng viên trong việc xử lý tình huống phát sinh.</w:t>
      </w:r>
    </w:p>
    <w:p w14:paraId="4A31A541" w14:textId="77777777" w:rsidR="009902D2" w:rsidRDefault="00775DB0" w:rsidP="00940F13">
      <w:pPr>
        <w:spacing w:after="120"/>
        <w:ind w:firstLine="567"/>
        <w:jc w:val="both"/>
      </w:pPr>
      <w:r>
        <w:t xml:space="preserve">Theo bản tường trình của thầy Dũng, trước thời điểm bắt đầu tiết học, thầy đã có mặt tại </w:t>
      </w:r>
      <w:r>
        <w:t>đơn vị để thực hiện việc nhận chìa khóa phòng học nhưng phát sinh khó khăn trong quá trình tìm và nhận chìa khóa. Thầy đã liên hệ với các cá nhân có liên quan để tìm cách giải quyết và sau khi có chìa khóa mới vào được phòng học.</w:t>
      </w:r>
    </w:p>
    <w:p w14:paraId="6D9D8F0B" w14:textId="77777777" w:rsidR="009902D2" w:rsidRDefault="00775DB0" w:rsidP="00940F13">
      <w:pPr>
        <w:spacing w:after="120"/>
        <w:ind w:firstLine="567"/>
        <w:jc w:val="both"/>
      </w:pPr>
      <w:r>
        <w:t>Như vậy, qua tìm hiểu thực</w:t>
      </w:r>
      <w:r>
        <w:t xml:space="preserve"> tế, tôi nhận thấy trường hợp này có yếu tố khách quan liên quan đến việc tiếp cận phòng học, đồng thời giảng viên đã có động thái liên hệ, tìm người hỗ trợ để xử lý tình huống.</w:t>
      </w:r>
    </w:p>
    <w:p w14:paraId="5085906E" w14:textId="54BFB1C9" w:rsidR="009902D2" w:rsidRDefault="00775DB0" w:rsidP="00940F13">
      <w:pPr>
        <w:spacing w:after="120"/>
        <w:ind w:firstLine="567"/>
        <w:jc w:val="both"/>
      </w:pPr>
      <w:r>
        <w:t>Khoa vẫn xác định việc vào lớp trễ là thiếu sót về thời gian thực hiện nhiệm v</w:t>
      </w:r>
      <w:r>
        <w:t>ụ và đã nhắc nhở giảng viên cần chủ động hơn trong việc chuẩn bị, đồng thời khi phát sinh sự cố phải báo ngay cho cá nhân, đơn vị có trách nhiệm</w:t>
      </w:r>
      <w:r w:rsidR="009635DC">
        <w:t xml:space="preserve"> cụ thể là gọi điện cho trưởng đơn vị, </w:t>
      </w:r>
      <w:r w:rsidR="009635DC">
        <w:lastRenderedPageBreak/>
        <w:t xml:space="preserve">hoặc phó đơn vị, hoặc trưởng phòng </w:t>
      </w:r>
      <w:r w:rsidR="009635DC" w:rsidRPr="00E94DFF">
        <w:t>Công tác sinh viên - Thư viện - Y tế</w:t>
      </w:r>
      <w:r>
        <w:t xml:space="preserve"> để được hỗ trợ, xử lý kịp thời.</w:t>
      </w:r>
    </w:p>
    <w:p w14:paraId="2F02BA7B" w14:textId="23069871" w:rsidR="009902D2" w:rsidRDefault="00775DB0">
      <w:r>
        <w:rPr>
          <w:b/>
        </w:rPr>
        <w:t xml:space="preserve">3. Về đề xuất mức thi đua </w:t>
      </w:r>
      <w:r w:rsidR="00304F1A">
        <w:rPr>
          <w:b/>
        </w:rPr>
        <w:t>ADN</w:t>
      </w:r>
    </w:p>
    <w:p w14:paraId="16B8D774" w14:textId="77777777" w:rsidR="009902D2" w:rsidRDefault="00775DB0" w:rsidP="00304F1A">
      <w:pPr>
        <w:spacing w:after="120"/>
        <w:ind w:firstLine="567"/>
        <w:jc w:val="both"/>
      </w:pPr>
      <w:r>
        <w:t>Sau khi trực tiếp tìm hiểu và xem xét lại toàn b</w:t>
      </w:r>
      <w:r>
        <w:t>ộ sự việc, với trách nhiệm của Trưởng khoa, tôi nhận thấy trường hợp của thầy Bùi Thành Dũng cần được xem xét đầy đủ cả hành vi, nguyên nhân và các tình tiết thực tế của sự việc, thay vì chỉ căn cứ vào việc có xảy ra vào lớp trễ.</w:t>
      </w:r>
      <w:bookmarkStart w:id="0" w:name="_GoBack"/>
      <w:bookmarkEnd w:id="0"/>
    </w:p>
    <w:p w14:paraId="4C2E3DA7" w14:textId="09295D7F" w:rsidR="009902D2" w:rsidRDefault="00775DB0" w:rsidP="00304F1A">
      <w:pPr>
        <w:spacing w:after="120"/>
        <w:ind w:firstLine="567"/>
        <w:jc w:val="both"/>
      </w:pPr>
      <w:r>
        <w:t xml:space="preserve">Do đó, mặc dù Khoa đã xếp </w:t>
      </w:r>
      <w:r>
        <w:t>loại B</w:t>
      </w:r>
      <w:r w:rsidR="00304F1A">
        <w:t>1</w:t>
      </w:r>
      <w:r>
        <w:t xml:space="preserve"> đối với thầy Dũng trong đánh giá thi đua tháng 7/2026, sau khi trực tiếp tìm hiểu, xác minh và xem xét các tình tiết liên quan, tôi đã đề xuất Thường trực Hội đồng Thi đua - Khen thưởng xem xét mức ADN</w:t>
      </w:r>
      <w:r>
        <w:t xml:space="preserve"> đối với thầy Bùi Thành Dũng.</w:t>
      </w:r>
      <w:r w:rsidR="00304F1A">
        <w:t xml:space="preserve"> Còn việc hội đồng đồng ý mức AND hay không thuộc thẩm quyền của hội đồng thi đua, khoa đã làm xong các bước xác minh và đánh giá thi đua trong tháng 7/2026 đối với giảng viên. Trong tất cả các cuộc họp khoa, trưởng khoa đều gửi báo cáo công tác khoa, nhắc nhở toàn thể giảng viên về công tác giảng dạy, tác phong, giờ giấc lên lớp;</w:t>
      </w:r>
    </w:p>
    <w:p w14:paraId="25001892" w14:textId="64A867BE" w:rsidR="009902D2" w:rsidRDefault="00775DB0" w:rsidP="00304F1A">
      <w:pPr>
        <w:spacing w:after="120"/>
        <w:ind w:firstLine="567"/>
        <w:jc w:val="both"/>
      </w:pPr>
      <w:r>
        <w:t>Đây là đề xuất củ</w:t>
      </w:r>
      <w:r>
        <w:t>a Trưởng khoa sau khi đã xem xét lại sự việc trên cơ sở thông tin được xác minh, không phải là việc bỏ qua hoặc phủ nhận thiếu sót của giảng viên</w:t>
      </w:r>
      <w:r w:rsidR="00304F1A">
        <w:t xml:space="preserve"> và cũng không phải việc giảng viên lên lớp trễ giờ là lỗi của trưởng khoa.</w:t>
      </w:r>
      <w:r>
        <w:t xml:space="preserve"> Khoa vẫn yêu cầu thầy Dũng nghiêm túc rút kinh nghiệm về việc bảo đảm thời gian lên lớp và thực hiện đúng quy</w:t>
      </w:r>
      <w:r>
        <w:t xml:space="preserve"> trình thông tin, báo cáo khi phát sinh sự cố.</w:t>
      </w:r>
    </w:p>
    <w:p w14:paraId="0FBB57E8" w14:textId="228BA3A6" w:rsidR="009902D2" w:rsidRDefault="00775DB0" w:rsidP="00304F1A">
      <w:pPr>
        <w:spacing w:after="120"/>
        <w:ind w:firstLine="567"/>
        <w:jc w:val="both"/>
      </w:pPr>
      <w:r>
        <w:t xml:space="preserve">Khoa Giáo dục đại cương kính đề nghị Thường trực Hội đồng Thi đua - Khen thưởng xem xét toàn diện các tình tiết của vụ việc và </w:t>
      </w:r>
      <w:r w:rsidR="00304F1A">
        <w:t>quyết định cuối cùng về mức xếp loại ADN</w:t>
      </w:r>
      <w:r>
        <w:t xml:space="preserve"> đối với thầy Bùi Thành Dũng </w:t>
      </w:r>
      <w:r w:rsidR="00304F1A">
        <w:t>thuộc về</w:t>
      </w:r>
      <w:r>
        <w:t xml:space="preserve"> quy định và thẩm quyền của </w:t>
      </w:r>
      <w:r>
        <w:t>Hội đồng.</w:t>
      </w:r>
    </w:p>
    <w:p w14:paraId="212821F8" w14:textId="77777777" w:rsidR="009902D2" w:rsidRDefault="00775DB0" w:rsidP="00304F1A">
      <w:pPr>
        <w:spacing w:after="120"/>
        <w:ind w:firstLine="567"/>
        <w:jc w:val="both"/>
      </w:pPr>
      <w:r>
        <w:t>Tôi xin chịu trách nhiệm về nội dung báo cáo và đề xuất nêu trên.</w:t>
      </w:r>
    </w:p>
    <w:p w14:paraId="1BABF3E6" w14:textId="77777777" w:rsidR="009902D2" w:rsidRDefault="00775DB0" w:rsidP="00304F1A">
      <w:pPr>
        <w:spacing w:after="120"/>
        <w:ind w:firstLine="567"/>
        <w:jc w:val="both"/>
      </w:pPr>
      <w:r>
        <w:t>Trân trọng báo cáo./.</w:t>
      </w:r>
    </w:p>
    <w:p w14:paraId="2EB87900" w14:textId="77777777" w:rsidR="009902D2" w:rsidRDefault="009902D2"/>
    <w:p w14:paraId="7606C28C" w14:textId="7C8CFF67" w:rsidR="009902D2" w:rsidRDefault="00775DB0" w:rsidP="00AF4D4E">
      <w:pPr>
        <w:jc w:val="right"/>
        <w:rPr>
          <w:b/>
        </w:rPr>
      </w:pPr>
      <w:r>
        <w:rPr>
          <w:b/>
        </w:rPr>
        <w:t>TRƯỞNG KHOA</w:t>
      </w:r>
      <w:r>
        <w:rPr>
          <w:b/>
        </w:rPr>
        <w:br/>
      </w:r>
    </w:p>
    <w:p w14:paraId="19F72E56" w14:textId="19235BFF" w:rsidR="00AF4D4E" w:rsidRDefault="00AF4D4E" w:rsidP="00AF4D4E">
      <w:pPr>
        <w:jc w:val="right"/>
      </w:pPr>
      <w:r>
        <w:rPr>
          <w:b/>
        </w:rPr>
        <w:t>Lê Thị Hồng Vân</w:t>
      </w:r>
    </w:p>
    <w:sectPr w:rsidR="00AF4D4E"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906EA"/>
    <w:rsid w:val="00272DF4"/>
    <w:rsid w:val="0029639D"/>
    <w:rsid w:val="00304F1A"/>
    <w:rsid w:val="00326F90"/>
    <w:rsid w:val="00417714"/>
    <w:rsid w:val="00775DB0"/>
    <w:rsid w:val="00837B18"/>
    <w:rsid w:val="00904777"/>
    <w:rsid w:val="00940F13"/>
    <w:rsid w:val="00947A5E"/>
    <w:rsid w:val="009635DC"/>
    <w:rsid w:val="009902D2"/>
    <w:rsid w:val="00A36070"/>
    <w:rsid w:val="00AA1D8D"/>
    <w:rsid w:val="00AF4D4E"/>
    <w:rsid w:val="00B47730"/>
    <w:rsid w:val="00B6752D"/>
    <w:rsid w:val="00C91ABB"/>
    <w:rsid w:val="00CB0664"/>
    <w:rsid w:val="00CF0FAF"/>
    <w:rsid w:val="00E05B12"/>
    <w:rsid w:val="00E94DF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2ED8C3"/>
  <w14:defaultImageDpi w14:val="300"/>
  <w15:docId w15:val="{26628E90-D07F-4D45-9205-DE68C6DB4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semiHidden="1" w:unhideWhenUsed="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C693F"/>
    <w:rPr>
      <w:rFonts w:ascii="Times New Roman" w:eastAsia="Times New Roman" w:hAnsi="Times New Roman"/>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146CE-DF77-4531-8161-6231758D9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Pages>
  <Words>592</Words>
  <Characters>3378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Lê Thị Hồng Vân</cp:lastModifiedBy>
  <cp:revision>18</cp:revision>
  <dcterms:created xsi:type="dcterms:W3CDTF">2013-12-23T23:15:00Z</dcterms:created>
  <dcterms:modified xsi:type="dcterms:W3CDTF">2026-09-04T10:51:00Z</dcterms:modified>
  <cp:category/>
</cp:coreProperties>
</file>