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0A70E" w14:textId="77777777" w:rsidR="00601D53" w:rsidRDefault="00000000">
      <w:pPr>
        <w:jc w:val="center"/>
      </w:pPr>
      <w:r>
        <w:rPr>
          <w:b/>
          <w:sz w:val="26"/>
        </w:rPr>
        <w:t>CỘNG HÒA XÃ HỘI CHỦ NGHĨA VIỆT NAM</w:t>
      </w:r>
      <w:r>
        <w:rPr>
          <w:b/>
          <w:sz w:val="26"/>
        </w:rPr>
        <w:br/>
      </w:r>
      <w:r>
        <w:rPr>
          <w:b/>
          <w:u w:val="single"/>
        </w:rPr>
        <w:t>Độc lập - Tự do - Hạnh phúc</w:t>
      </w:r>
    </w:p>
    <w:p w14:paraId="1C359935" w14:textId="77777777" w:rsidR="00601D53" w:rsidRDefault="00000000">
      <w:pPr>
        <w:spacing w:before="480"/>
        <w:jc w:val="center"/>
      </w:pPr>
      <w:r>
        <w:rPr>
          <w:b/>
          <w:sz w:val="32"/>
        </w:rPr>
        <w:t>TỜ TRÌNH</w:t>
      </w:r>
      <w:r>
        <w:rPr>
          <w:b/>
          <w:sz w:val="32"/>
        </w:rPr>
        <w:br/>
      </w:r>
      <w:r>
        <w:rPr>
          <w:i/>
        </w:rPr>
        <w:t>V/v Đề nghị quy đổi thời gian bồi dưỡng chuyên môn, nghiệp vụ</w:t>
      </w:r>
      <w:r>
        <w:rPr>
          <w:i/>
        </w:rPr>
        <w:br/>
        <w:t>năm học 2024-2025 và 2025-2026</w:t>
      </w:r>
    </w:p>
    <w:p w14:paraId="4F4346EB" w14:textId="7171CB22" w:rsidR="00601D53" w:rsidRDefault="00000000" w:rsidP="00E720FA">
      <w:pPr>
        <w:spacing w:before="240" w:after="120" w:line="240" w:lineRule="auto"/>
      </w:pPr>
      <w:r>
        <w:rPr>
          <w:i/>
        </w:rPr>
        <w:t xml:space="preserve">Kính gửi: </w:t>
      </w:r>
    </w:p>
    <w:p w14:paraId="630475D8" w14:textId="14CF6949" w:rsidR="00601D53" w:rsidRDefault="00000000" w:rsidP="00E720FA">
      <w:pPr>
        <w:spacing w:after="120" w:line="240" w:lineRule="auto"/>
        <w:ind w:left="567"/>
      </w:pPr>
      <w:r>
        <w:t xml:space="preserve">- Ban </w:t>
      </w:r>
      <w:proofErr w:type="spellStart"/>
      <w:r>
        <w:t>Giám</w:t>
      </w:r>
      <w:proofErr w:type="spellEnd"/>
      <w:r>
        <w:t xml:space="preserve"> </w:t>
      </w:r>
      <w:proofErr w:type="spellStart"/>
      <w:r>
        <w:t>hiệu</w:t>
      </w:r>
      <w:proofErr w:type="spellEnd"/>
      <w:r>
        <w:t xml:space="preserve"> Trường </w:t>
      </w:r>
      <w:r w:rsidR="0083243C">
        <w:t xml:space="preserve">Cao </w:t>
      </w:r>
      <w:proofErr w:type="spellStart"/>
      <w:r w:rsidR="0083243C">
        <w:t>đẳng</w:t>
      </w:r>
      <w:proofErr w:type="spellEnd"/>
      <w:r w:rsidR="0083243C">
        <w:t xml:space="preserve"> Lý </w:t>
      </w:r>
      <w:proofErr w:type="spellStart"/>
      <w:r w:rsidR="0083243C">
        <w:t>Tự</w:t>
      </w:r>
      <w:proofErr w:type="spellEnd"/>
      <w:r w:rsidR="0083243C">
        <w:t xml:space="preserve"> </w:t>
      </w:r>
      <w:proofErr w:type="spellStart"/>
      <w:r w:rsidR="0083243C">
        <w:t>Trọng</w:t>
      </w:r>
      <w:proofErr w:type="spellEnd"/>
      <w:r w:rsidR="0083243C">
        <w:t xml:space="preserve"> Thành </w:t>
      </w:r>
      <w:proofErr w:type="spellStart"/>
      <w:r w:rsidR="0083243C">
        <w:t>phố</w:t>
      </w:r>
      <w:proofErr w:type="spellEnd"/>
      <w:r w:rsidR="0083243C">
        <w:t xml:space="preserve"> </w:t>
      </w:r>
      <w:proofErr w:type="spellStart"/>
      <w:r w:rsidR="0083243C">
        <w:t>Hồ</w:t>
      </w:r>
      <w:proofErr w:type="spellEnd"/>
      <w:r w:rsidR="0083243C">
        <w:t xml:space="preserve"> Chí Minh</w:t>
      </w:r>
      <w:r>
        <w:t>;</w:t>
      </w:r>
    </w:p>
    <w:p w14:paraId="3D29BC75" w14:textId="6EA19E20" w:rsidR="00601D53" w:rsidRDefault="00000000" w:rsidP="00E720FA">
      <w:pPr>
        <w:spacing w:after="120" w:line="240" w:lineRule="auto"/>
        <w:ind w:left="567"/>
      </w:pPr>
      <w:r>
        <w:t xml:space="preserve">- </w:t>
      </w:r>
      <w:proofErr w:type="spellStart"/>
      <w:r>
        <w:t>Phòng</w:t>
      </w:r>
      <w:proofErr w:type="spellEnd"/>
      <w:r>
        <w:t xml:space="preserve"> </w:t>
      </w:r>
      <w:proofErr w:type="spellStart"/>
      <w:r>
        <w:t>Tổ</w:t>
      </w:r>
      <w:proofErr w:type="spellEnd"/>
      <w:r>
        <w:t xml:space="preserve"> </w:t>
      </w:r>
      <w:proofErr w:type="spellStart"/>
      <w:r>
        <w:t>chức</w:t>
      </w:r>
      <w:proofErr w:type="spellEnd"/>
      <w:r>
        <w:t xml:space="preserve"> -</w:t>
      </w:r>
      <w:r w:rsidR="00D3010E">
        <w:rPr>
          <w:lang w:val="vi-VN"/>
        </w:rPr>
        <w:t xml:space="preserve"> </w:t>
      </w:r>
      <w:proofErr w:type="spellStart"/>
      <w:r>
        <w:t>Hành</w:t>
      </w:r>
      <w:proofErr w:type="spellEnd"/>
      <w:r>
        <w:t xml:space="preserve"> </w:t>
      </w:r>
      <w:proofErr w:type="spellStart"/>
      <w:r>
        <w:t>chính</w:t>
      </w:r>
      <w:proofErr w:type="spellEnd"/>
      <w:r>
        <w:t>;</w:t>
      </w:r>
    </w:p>
    <w:p w14:paraId="052F97F1" w14:textId="77777777" w:rsidR="00601D53" w:rsidRDefault="00000000" w:rsidP="00E720FA">
      <w:pPr>
        <w:spacing w:after="120" w:line="240" w:lineRule="auto"/>
        <w:ind w:left="567"/>
      </w:pPr>
      <w:r>
        <w:t>- Khoa Giáo dục Đại cương.</w:t>
      </w:r>
    </w:p>
    <w:p w14:paraId="0DE4BE50" w14:textId="4E291354" w:rsidR="00601D53" w:rsidRDefault="00000000" w:rsidP="00E720FA">
      <w:pPr>
        <w:spacing w:before="240" w:after="120" w:line="240" w:lineRule="auto"/>
      </w:pPr>
      <w:r>
        <w:t>Tôi tên là: Nguyễn</w:t>
      </w:r>
      <w:r w:rsidR="0083243C">
        <w:t xml:space="preserve"> Thị Huyền Nga</w:t>
      </w:r>
    </w:p>
    <w:p w14:paraId="1B65BAA9" w14:textId="0DE8B204" w:rsidR="00601D53" w:rsidRDefault="0083243C" w:rsidP="00E720FA">
      <w:pPr>
        <w:spacing w:after="120" w:line="240" w:lineRule="auto"/>
      </w:pPr>
      <w:proofErr w:type="spellStart"/>
      <w:r>
        <w:t>Tôi</w:t>
      </w:r>
      <w:proofErr w:type="spellEnd"/>
      <w:r>
        <w:t xml:space="preserve"> </w:t>
      </w:r>
      <w:proofErr w:type="spellStart"/>
      <w:r>
        <w:t>là</w:t>
      </w:r>
      <w:proofErr w:type="spellEnd"/>
      <w:r>
        <w:t xml:space="preserve"> </w:t>
      </w:r>
      <w:proofErr w:type="spellStart"/>
      <w:r>
        <w:t>giảng</w:t>
      </w:r>
      <w:proofErr w:type="spellEnd"/>
      <w:r>
        <w:t xml:space="preserve"> </w:t>
      </w:r>
      <w:proofErr w:type="spellStart"/>
      <w:r>
        <w:t>viên</w:t>
      </w:r>
      <w:proofErr w:type="spellEnd"/>
      <w:r>
        <w:t xml:space="preserve"> </w:t>
      </w:r>
      <w:r>
        <w:t xml:space="preserve">Khoa </w:t>
      </w:r>
      <w:proofErr w:type="spellStart"/>
      <w:r>
        <w:t>Giáo</w:t>
      </w:r>
      <w:proofErr w:type="spellEnd"/>
      <w:r>
        <w:t xml:space="preserve"> </w:t>
      </w:r>
      <w:proofErr w:type="spellStart"/>
      <w:r>
        <w:t>dục</w:t>
      </w:r>
      <w:proofErr w:type="spellEnd"/>
      <w:r>
        <w:t xml:space="preserve"> </w:t>
      </w:r>
      <w:proofErr w:type="spellStart"/>
      <w:r>
        <w:t>Đại</w:t>
      </w:r>
      <w:proofErr w:type="spellEnd"/>
      <w:r>
        <w:t xml:space="preserve"> </w:t>
      </w:r>
      <w:proofErr w:type="spellStart"/>
      <w:r>
        <w:t>cương</w:t>
      </w:r>
      <w:proofErr w:type="spellEnd"/>
      <w:r>
        <w:t>.</w:t>
      </w:r>
    </w:p>
    <w:p w14:paraId="28B6B6B2" w14:textId="46938DD5" w:rsidR="00601D53" w:rsidRDefault="00000000" w:rsidP="00E720FA">
      <w:pPr>
        <w:spacing w:after="120" w:line="240" w:lineRule="auto"/>
        <w:ind w:firstLine="720"/>
        <w:jc w:val="both"/>
      </w:pPr>
      <w:r>
        <w:t xml:space="preserve">Nay tôi làm tờ trình này kính đề nghị Quý cấp lãnh đạo xem xét, chấp thuận việc quy đổi thời gian tôi tham gia học Văn bằng 2 tiếng Anh thay cho nhiệm vụ học tập, bồi dưỡng nâng cao trình độ (định mức 120 giờ/năm, tương đương 51 tiết dạy) trong hai năm </w:t>
      </w:r>
      <w:proofErr w:type="spellStart"/>
      <w:r>
        <w:t>học</w:t>
      </w:r>
      <w:proofErr w:type="spellEnd"/>
      <w:r>
        <w:t xml:space="preserve"> 2024-2025 </w:t>
      </w:r>
      <w:proofErr w:type="spellStart"/>
      <w:r>
        <w:t>và</w:t>
      </w:r>
      <w:proofErr w:type="spellEnd"/>
      <w:r>
        <w:t xml:space="preserve"> 2025-2026</w:t>
      </w:r>
      <w:r w:rsidR="00D3010E">
        <w:rPr>
          <w:lang w:val="vi-VN"/>
        </w:rPr>
        <w:t xml:space="preserve"> </w:t>
      </w:r>
      <w:proofErr w:type="spellStart"/>
      <w:r w:rsidR="00D3010E">
        <w:t>hoặc</w:t>
      </w:r>
      <w:proofErr w:type="spellEnd"/>
      <w:r w:rsidR="00D3010E">
        <w:t xml:space="preserve"> 2025-2026 </w:t>
      </w:r>
      <w:proofErr w:type="spellStart"/>
      <w:r w:rsidR="00D3010E">
        <w:t>và</w:t>
      </w:r>
      <w:proofErr w:type="spellEnd"/>
      <w:r w:rsidR="00D3010E">
        <w:t xml:space="preserve"> 2026-2027</w:t>
      </w:r>
      <w:r>
        <w:t xml:space="preserve">, </w:t>
      </w:r>
      <w:proofErr w:type="spellStart"/>
      <w:r>
        <w:t>với</w:t>
      </w:r>
      <w:proofErr w:type="spellEnd"/>
      <w:r>
        <w:t xml:space="preserve"> </w:t>
      </w:r>
      <w:proofErr w:type="spellStart"/>
      <w:r>
        <w:t>các</w:t>
      </w:r>
      <w:proofErr w:type="spellEnd"/>
      <w:r>
        <w:t xml:space="preserve"> </w:t>
      </w:r>
      <w:proofErr w:type="spellStart"/>
      <w:r>
        <w:t>căn</w:t>
      </w:r>
      <w:proofErr w:type="spellEnd"/>
      <w:r>
        <w:t xml:space="preserve"> cứ cụ thể như sau:</w:t>
      </w:r>
    </w:p>
    <w:p w14:paraId="048B8137" w14:textId="77777777" w:rsidR="00601D53" w:rsidRDefault="00000000" w:rsidP="00E720FA">
      <w:pPr>
        <w:spacing w:before="120" w:after="120" w:line="240" w:lineRule="auto"/>
      </w:pPr>
      <w:r>
        <w:rPr>
          <w:b/>
          <w:i/>
        </w:rPr>
        <w:t>1. Về quá trình và kết quả học tập nâng cao trình độ:</w:t>
      </w:r>
    </w:p>
    <w:p w14:paraId="76E8D772" w14:textId="2BF25236" w:rsidR="00601D53" w:rsidRDefault="00000000" w:rsidP="00E720FA">
      <w:pPr>
        <w:spacing w:after="120" w:line="240" w:lineRule="auto"/>
        <w:ind w:firstLine="720"/>
        <w:jc w:val="both"/>
      </w:pPr>
      <w:r>
        <w:t xml:space="preserve">Trong 02 </w:t>
      </w:r>
      <w:proofErr w:type="spellStart"/>
      <w:r>
        <w:t>năm</w:t>
      </w:r>
      <w:proofErr w:type="spellEnd"/>
      <w:r>
        <w:t xml:space="preserve"> </w:t>
      </w:r>
      <w:proofErr w:type="spellStart"/>
      <w:r>
        <w:t>học</w:t>
      </w:r>
      <w:proofErr w:type="spellEnd"/>
      <w:r>
        <w:t xml:space="preserve"> </w:t>
      </w:r>
      <w:proofErr w:type="spellStart"/>
      <w:r>
        <w:t>vừa</w:t>
      </w:r>
      <w:proofErr w:type="spellEnd"/>
      <w:r>
        <w:t xml:space="preserve"> qua, </w:t>
      </w:r>
      <w:proofErr w:type="spellStart"/>
      <w:r>
        <w:t>tôi</w:t>
      </w:r>
      <w:proofErr w:type="spellEnd"/>
      <w:r>
        <w:t xml:space="preserve"> </w:t>
      </w:r>
      <w:proofErr w:type="spellStart"/>
      <w:r>
        <w:t>đã</w:t>
      </w:r>
      <w:proofErr w:type="spellEnd"/>
      <w:r>
        <w:t xml:space="preserve"> </w:t>
      </w:r>
      <w:proofErr w:type="spellStart"/>
      <w:r>
        <w:t>nỗ</w:t>
      </w:r>
      <w:proofErr w:type="spellEnd"/>
      <w:r>
        <w:t xml:space="preserve"> </w:t>
      </w:r>
      <w:proofErr w:type="spellStart"/>
      <w:r>
        <w:t>lực</w:t>
      </w:r>
      <w:proofErr w:type="spellEnd"/>
      <w:r>
        <w:t xml:space="preserve"> </w:t>
      </w:r>
      <w:proofErr w:type="spellStart"/>
      <w:r>
        <w:t>tham</w:t>
      </w:r>
      <w:proofErr w:type="spellEnd"/>
      <w:r>
        <w:t xml:space="preserve"> </w:t>
      </w:r>
      <w:proofErr w:type="spellStart"/>
      <w:r>
        <w:t>gia</w:t>
      </w:r>
      <w:proofErr w:type="spellEnd"/>
      <w:r>
        <w:t xml:space="preserve"> </w:t>
      </w:r>
      <w:proofErr w:type="spellStart"/>
      <w:r>
        <w:t>và</w:t>
      </w:r>
      <w:proofErr w:type="spellEnd"/>
      <w:r>
        <w:t xml:space="preserve"> </w:t>
      </w:r>
      <w:proofErr w:type="spellStart"/>
      <w:r>
        <w:t>hoàn</w:t>
      </w:r>
      <w:proofErr w:type="spellEnd"/>
      <w:r>
        <w:t xml:space="preserve"> </w:t>
      </w:r>
      <w:proofErr w:type="spellStart"/>
      <w:r>
        <w:t>thành</w:t>
      </w:r>
      <w:proofErr w:type="spellEnd"/>
      <w:r>
        <w:t xml:space="preserve"> </w:t>
      </w:r>
      <w:proofErr w:type="spellStart"/>
      <w:r>
        <w:t>chương</w:t>
      </w:r>
      <w:proofErr w:type="spellEnd"/>
      <w:r>
        <w:t xml:space="preserve"> </w:t>
      </w:r>
      <w:proofErr w:type="spellStart"/>
      <w:r>
        <w:t>trình</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chính</w:t>
      </w:r>
      <w:proofErr w:type="spellEnd"/>
      <w:r>
        <w:t xml:space="preserve"> </w:t>
      </w:r>
      <w:proofErr w:type="spellStart"/>
      <w:r>
        <w:t>quy</w:t>
      </w:r>
      <w:proofErr w:type="spellEnd"/>
      <w:r>
        <w:t xml:space="preserve"> Văn </w:t>
      </w:r>
      <w:proofErr w:type="spellStart"/>
      <w:r>
        <w:t>bằng</w:t>
      </w:r>
      <w:proofErr w:type="spellEnd"/>
      <w:r>
        <w:t xml:space="preserve"> 2 </w:t>
      </w:r>
      <w:proofErr w:type="spellStart"/>
      <w:r>
        <w:t>chuyên</w:t>
      </w:r>
      <w:proofErr w:type="spellEnd"/>
      <w:r>
        <w:t xml:space="preserve"> </w:t>
      </w:r>
      <w:proofErr w:type="spellStart"/>
      <w:r>
        <w:t>ngành</w:t>
      </w:r>
      <w:proofErr w:type="spellEnd"/>
      <w:r>
        <w:t xml:space="preserve"> </w:t>
      </w:r>
      <w:proofErr w:type="spellStart"/>
      <w:r w:rsidR="00D3010E">
        <w:t>Ngôn</w:t>
      </w:r>
      <w:proofErr w:type="spellEnd"/>
      <w:r w:rsidR="00D3010E">
        <w:rPr>
          <w:lang w:val="vi-VN"/>
        </w:rPr>
        <w:t xml:space="preserve"> ngữ</w:t>
      </w:r>
      <w:r>
        <w:t xml:space="preserve"> Anh </w:t>
      </w:r>
      <w:proofErr w:type="spellStart"/>
      <w:r>
        <w:t>với</w:t>
      </w:r>
      <w:proofErr w:type="spellEnd"/>
      <w:r>
        <w:t xml:space="preserve"> </w:t>
      </w:r>
      <w:proofErr w:type="spellStart"/>
      <w:r>
        <w:t>tổng</w:t>
      </w:r>
      <w:proofErr w:type="spellEnd"/>
      <w:r>
        <w:t xml:space="preserve"> </w:t>
      </w:r>
      <w:proofErr w:type="spellStart"/>
      <w:r>
        <w:t>khối</w:t>
      </w:r>
      <w:proofErr w:type="spellEnd"/>
      <w:r>
        <w:t xml:space="preserve"> </w:t>
      </w:r>
      <w:proofErr w:type="spellStart"/>
      <w:r>
        <w:t>lượng</w:t>
      </w:r>
      <w:proofErr w:type="spellEnd"/>
      <w:r>
        <w:t xml:space="preserve"> 76 </w:t>
      </w:r>
      <w:proofErr w:type="spellStart"/>
      <w:r>
        <w:t>tín</w:t>
      </w:r>
      <w:proofErr w:type="spellEnd"/>
      <w:r>
        <w:t xml:space="preserve"> </w:t>
      </w:r>
      <w:proofErr w:type="spellStart"/>
      <w:r>
        <w:t>chỉ</w:t>
      </w:r>
      <w:proofErr w:type="spellEnd"/>
      <w:r w:rsidR="00D3010E">
        <w:rPr>
          <w:lang w:val="vi-VN"/>
        </w:rPr>
        <w:t xml:space="preserve"> thực học</w:t>
      </w:r>
      <w:r>
        <w:t>. Tôi đã chính thức nhận bằng tốt nghiệp vào tháng 12/2025. Đây là một quá trình học tập liên tục, đòi hỏi sự đầu tư rất lớn về thời gian, tâm huyết và tài chính nhằm trực tiếp nâng cao năng lực ngoại ngữ, đáp ứng yêu cầu ngày càng cao của công tác giảng dạy.</w:t>
      </w:r>
    </w:p>
    <w:p w14:paraId="5D9E20A8" w14:textId="77777777" w:rsidR="00601D53" w:rsidRDefault="00000000" w:rsidP="00E720FA">
      <w:pPr>
        <w:spacing w:before="120" w:after="120" w:line="240" w:lineRule="auto"/>
      </w:pPr>
      <w:r>
        <w:rPr>
          <w:b/>
          <w:i/>
        </w:rPr>
        <w:t>2. Về việc đảm bảo thực hiện nhiệm vụ tại đơn vị:</w:t>
      </w:r>
    </w:p>
    <w:p w14:paraId="0BEF43A1" w14:textId="77777777" w:rsidR="00D3010E" w:rsidRDefault="00000000" w:rsidP="00E720FA">
      <w:pPr>
        <w:spacing w:after="120" w:line="240" w:lineRule="auto"/>
        <w:ind w:firstLine="720"/>
        <w:jc w:val="both"/>
        <w:rPr>
          <w:lang w:val="vi-VN"/>
        </w:rPr>
      </w:pPr>
      <w:r>
        <w:t xml:space="preserve">Trong suốt thời gian theo học (năm học 2024-2025 và 2025-2026), quá trình học tập của tôi hoàn toàn diễn ra ngoài giờ hành chính, tuyệt đối không làm ảnh hưởng đến thời gian giảng dạy và các công </w:t>
      </w:r>
      <w:proofErr w:type="spellStart"/>
      <w:r>
        <w:t>tác</w:t>
      </w:r>
      <w:proofErr w:type="spellEnd"/>
      <w:r>
        <w:t xml:space="preserve"> </w:t>
      </w:r>
      <w:proofErr w:type="spellStart"/>
      <w:r>
        <w:t>chuyên</w:t>
      </w:r>
      <w:proofErr w:type="spellEnd"/>
      <w:r>
        <w:t xml:space="preserve"> </w:t>
      </w:r>
      <w:proofErr w:type="spellStart"/>
      <w:r>
        <w:t>môn</w:t>
      </w:r>
      <w:proofErr w:type="spellEnd"/>
      <w:r>
        <w:t xml:space="preserve"> </w:t>
      </w:r>
      <w:proofErr w:type="spellStart"/>
      <w:r w:rsidR="00D3010E">
        <w:t>khác</w:t>
      </w:r>
      <w:proofErr w:type="spellEnd"/>
      <w:r>
        <w:t>.</w:t>
      </w:r>
    </w:p>
    <w:p w14:paraId="1657AAC5" w14:textId="77016792" w:rsidR="00601D53" w:rsidRDefault="00000000" w:rsidP="00D3010E">
      <w:pPr>
        <w:spacing w:after="120" w:line="240" w:lineRule="auto"/>
        <w:jc w:val="both"/>
      </w:pPr>
      <w:r>
        <w:t xml:space="preserve">- </w:t>
      </w:r>
      <w:proofErr w:type="spellStart"/>
      <w:r>
        <w:t>Tôi</w:t>
      </w:r>
      <w:proofErr w:type="spellEnd"/>
      <w:r>
        <w:t xml:space="preserve"> </w:t>
      </w:r>
      <w:proofErr w:type="spellStart"/>
      <w:r>
        <w:t>đã</w:t>
      </w:r>
      <w:proofErr w:type="spellEnd"/>
      <w:r>
        <w:t xml:space="preserve"> </w:t>
      </w:r>
      <w:proofErr w:type="spellStart"/>
      <w:r>
        <w:t>hoàn</w:t>
      </w:r>
      <w:proofErr w:type="spellEnd"/>
      <w:r>
        <w:t xml:space="preserve"> </w:t>
      </w:r>
      <w:proofErr w:type="spellStart"/>
      <w:r>
        <w:t>thành</w:t>
      </w:r>
      <w:proofErr w:type="spellEnd"/>
      <w:r>
        <w:t xml:space="preserve"> đầy đủ khối lượng giảng dạy được giao với chất lượng tốt.</w:t>
      </w:r>
      <w:r>
        <w:br/>
        <w:t xml:space="preserve">- Đồng thời, tôi vẫn nghiêm túc tham gia đầy đủ các đợt bồi dưỡng bắt buộc do ngành và nhà trường tổ chức, bao gồm: Học tập, quán triệt các chuyên đề chính trị hè; Tập huấn các nội dung thay đổi về chuyên môn, sách giáo khoa </w:t>
      </w:r>
      <w:proofErr w:type="spellStart"/>
      <w:r>
        <w:t>và</w:t>
      </w:r>
      <w:proofErr w:type="spellEnd"/>
      <w:r>
        <w:t xml:space="preserve"> </w:t>
      </w:r>
      <w:proofErr w:type="spellStart"/>
      <w:r w:rsidR="00E720FA">
        <w:t>chuyển</w:t>
      </w:r>
      <w:proofErr w:type="spellEnd"/>
      <w:r w:rsidR="00E720FA">
        <w:t xml:space="preserve"> </w:t>
      </w:r>
      <w:proofErr w:type="spellStart"/>
      <w:r w:rsidR="00E720FA">
        <w:t>đối</w:t>
      </w:r>
      <w:proofErr w:type="spellEnd"/>
      <w:r w:rsidR="00E720FA">
        <w:t xml:space="preserve"> </w:t>
      </w:r>
      <w:proofErr w:type="spellStart"/>
      <w:r w:rsidR="00E720FA">
        <w:t>số</w:t>
      </w:r>
      <w:proofErr w:type="spellEnd"/>
      <w:r w:rsidR="00E720FA">
        <w:t>.</w:t>
      </w:r>
    </w:p>
    <w:p w14:paraId="3C3F03F6" w14:textId="77777777" w:rsidR="00601D53" w:rsidRDefault="00000000" w:rsidP="00E720FA">
      <w:pPr>
        <w:spacing w:before="120" w:after="120" w:line="240" w:lineRule="auto"/>
      </w:pPr>
      <w:r>
        <w:rPr>
          <w:b/>
          <w:i/>
        </w:rPr>
        <w:t>3. Căn cứ đề xuất:</w:t>
      </w:r>
    </w:p>
    <w:p w14:paraId="692C969E" w14:textId="77777777" w:rsidR="0083243C" w:rsidRDefault="00000000" w:rsidP="00E720FA">
      <w:pPr>
        <w:spacing w:after="120" w:line="240" w:lineRule="auto"/>
        <w:ind w:firstLine="720"/>
        <w:jc w:val="both"/>
      </w:pPr>
      <w:r>
        <w:lastRenderedPageBreak/>
        <w:t xml:space="preserve">Khối lượng 76 tín chỉ cấp bằng cử nhân của chương trình Văn bằng 2 đòi hỏi hàm lượng học thuật và thời gian lớn hơn rất nhiều so với quy định 120 giờ (khoảng 03 tuần) tự học tập, bồi dưỡng mỗi năm. Bản chất của quy định 120 giờ là nhằm khích lệ giáo viên không ngừng trau dồi nghiệp vụ. Việc tôi chủ động hoàn thành một văn bằng chính quy đã đáp ứng, thậm chí vượt mức yêu cầu về </w:t>
      </w:r>
      <w:proofErr w:type="spellStart"/>
      <w:r>
        <w:t>tinh</w:t>
      </w:r>
      <w:proofErr w:type="spellEnd"/>
      <w:r>
        <w:t xml:space="preserve"> </w:t>
      </w:r>
      <w:proofErr w:type="spellStart"/>
      <w:r>
        <w:t>thần</w:t>
      </w:r>
      <w:proofErr w:type="spellEnd"/>
      <w:r>
        <w:t xml:space="preserve"> </w:t>
      </w:r>
      <w:proofErr w:type="spellStart"/>
      <w:r>
        <w:t>tự</w:t>
      </w:r>
      <w:proofErr w:type="spellEnd"/>
      <w:r>
        <w:t xml:space="preserve"> </w:t>
      </w:r>
      <w:proofErr w:type="spellStart"/>
      <w:r>
        <w:t>học</w:t>
      </w:r>
      <w:proofErr w:type="spellEnd"/>
      <w:r>
        <w:t>.</w:t>
      </w:r>
    </w:p>
    <w:p w14:paraId="5887B747" w14:textId="61BEA0D3" w:rsidR="00601D53" w:rsidRDefault="00000000" w:rsidP="00E720FA">
      <w:pPr>
        <w:spacing w:after="120" w:line="240" w:lineRule="auto"/>
        <w:ind w:firstLine="720"/>
        <w:jc w:val="both"/>
      </w:pPr>
      <w:proofErr w:type="spellStart"/>
      <w:r>
        <w:t>Mặc</w:t>
      </w:r>
      <w:proofErr w:type="spellEnd"/>
      <w:r>
        <w:t xml:space="preserve"> </w:t>
      </w:r>
      <w:proofErr w:type="spellStart"/>
      <w:r>
        <w:t>dù</w:t>
      </w:r>
      <w:proofErr w:type="spellEnd"/>
      <w:r>
        <w:t xml:space="preserve"> </w:t>
      </w:r>
      <w:proofErr w:type="spellStart"/>
      <w:r>
        <w:t>trước</w:t>
      </w:r>
      <w:proofErr w:type="spellEnd"/>
      <w:r>
        <w:t xml:space="preserve"> </w:t>
      </w:r>
      <w:proofErr w:type="spellStart"/>
      <w:r>
        <w:t>khi</w:t>
      </w:r>
      <w:proofErr w:type="spellEnd"/>
      <w:r>
        <w:t xml:space="preserve"> tham gia khóa học, do những sơ suất nhất định về mặt thủ tục hành chính, tôi chưa làm tờ trình xin phép đi học gửi nhà trường; tuy nhiên, bản chất quá trình học tập này đã mang lại lợi ích thiết thực cho năng lực chuyên môn. Việc hiện tại tôi vẫn bị tính thiếu 120 giờ học tập/năm (quy đổi 51 tiết dạy vào khối lượng giảng dạy) là chưa phản ánh đúng và đủ những nỗ lực bồi dưỡng trình độ của cá nhân tôi trong 02 năm qua.</w:t>
      </w:r>
    </w:p>
    <w:p w14:paraId="698F007F" w14:textId="73EF6607" w:rsidR="00601D53" w:rsidRDefault="00000000" w:rsidP="00E720FA">
      <w:pPr>
        <w:spacing w:after="120" w:line="240" w:lineRule="auto"/>
        <w:ind w:firstLine="720"/>
        <w:jc w:val="both"/>
      </w:pPr>
      <w:r>
        <w:t xml:space="preserve">Từ những cơ sở thực tiễn nêu trên, tôi kính đề nghị Ban Giám hiệu, Phòng Tổ chức - Hành chính và Khoa Giáo dục Đại cương xem xét, ghi nhận quá trình nỗ lực học tập của tôi và cho phép quy đổi thời gian học Văn bằng 2 tương đương với khối lượng 120 giờ bồi dưỡng/năm cho cả hai năm học 2024-2025 </w:t>
      </w:r>
      <w:proofErr w:type="spellStart"/>
      <w:r>
        <w:t>và</w:t>
      </w:r>
      <w:proofErr w:type="spellEnd"/>
      <w:r>
        <w:t xml:space="preserve"> 2025-2026, </w:t>
      </w:r>
      <w:proofErr w:type="spellStart"/>
      <w:r w:rsidR="0083243C">
        <w:t>hoặc</w:t>
      </w:r>
      <w:proofErr w:type="spellEnd"/>
      <w:r w:rsidR="0083243C">
        <w:t xml:space="preserve"> </w:t>
      </w:r>
      <w:r w:rsidR="0083243C">
        <w:t xml:space="preserve">2025-2026 </w:t>
      </w:r>
      <w:proofErr w:type="spellStart"/>
      <w:r w:rsidR="0083243C">
        <w:t>và</w:t>
      </w:r>
      <w:proofErr w:type="spellEnd"/>
      <w:r w:rsidR="0083243C">
        <w:t xml:space="preserve"> 202</w:t>
      </w:r>
      <w:r w:rsidR="0083243C">
        <w:t>6</w:t>
      </w:r>
      <w:r w:rsidR="0083243C">
        <w:t>-202</w:t>
      </w:r>
      <w:r w:rsidR="0083243C">
        <w:t xml:space="preserve">7 </w:t>
      </w:r>
      <w:proofErr w:type="spellStart"/>
      <w:r>
        <w:t>nhằm</w:t>
      </w:r>
      <w:proofErr w:type="spellEnd"/>
      <w:r>
        <w:t xml:space="preserve"> </w:t>
      </w:r>
      <w:proofErr w:type="spellStart"/>
      <w:r>
        <w:t>đảm</w:t>
      </w:r>
      <w:proofErr w:type="spellEnd"/>
      <w:r>
        <w:t xml:space="preserve"> </w:t>
      </w:r>
      <w:proofErr w:type="spellStart"/>
      <w:r>
        <w:t>bảo</w:t>
      </w:r>
      <w:proofErr w:type="spellEnd"/>
      <w:r>
        <w:t xml:space="preserve"> </w:t>
      </w:r>
      <w:proofErr w:type="spellStart"/>
      <w:r>
        <w:t>quyền</w:t>
      </w:r>
      <w:proofErr w:type="spellEnd"/>
      <w:r>
        <w:t xml:space="preserve"> lợi chính đáng cho người lao động.</w:t>
      </w:r>
    </w:p>
    <w:p w14:paraId="2E1302F2" w14:textId="11CA8945" w:rsidR="00601D53" w:rsidRDefault="00000000" w:rsidP="00E720FA">
      <w:pPr>
        <w:spacing w:after="120" w:line="240" w:lineRule="auto"/>
        <w:ind w:firstLine="720"/>
        <w:jc w:val="both"/>
      </w:pPr>
      <w:r>
        <w:t xml:space="preserve">Tôi xin </w:t>
      </w:r>
      <w:proofErr w:type="spellStart"/>
      <w:r>
        <w:t>trân</w:t>
      </w:r>
      <w:proofErr w:type="spellEnd"/>
      <w:r>
        <w:t xml:space="preserve"> </w:t>
      </w:r>
      <w:proofErr w:type="spellStart"/>
      <w:r>
        <w:t>trọng</w:t>
      </w:r>
      <w:proofErr w:type="spellEnd"/>
      <w:r>
        <w:t xml:space="preserve"> </w:t>
      </w:r>
      <w:proofErr w:type="spellStart"/>
      <w:r>
        <w:t>cảm</w:t>
      </w:r>
      <w:proofErr w:type="spellEnd"/>
      <w:r>
        <w:t xml:space="preserve"> </w:t>
      </w:r>
      <w:proofErr w:type="spellStart"/>
      <w:r>
        <w:t>ơn</w:t>
      </w:r>
      <w:proofErr w:type="spellEnd"/>
      <w:r w:rsidR="0083243C">
        <w:t>!</w:t>
      </w:r>
    </w:p>
    <w:tbl>
      <w:tblPr>
        <w:tblW w:w="0" w:type="auto"/>
        <w:tblLayout w:type="fixed"/>
        <w:tblLook w:val="04A0" w:firstRow="1" w:lastRow="0" w:firstColumn="1" w:lastColumn="0" w:noHBand="0" w:noVBand="1"/>
      </w:tblPr>
      <w:tblGrid>
        <w:gridCol w:w="4786"/>
        <w:gridCol w:w="4820"/>
      </w:tblGrid>
      <w:tr w:rsidR="00E720FA" w14:paraId="214ECEB4" w14:textId="77777777" w:rsidTr="00E720FA">
        <w:trPr>
          <w:trHeight w:val="2470"/>
        </w:trPr>
        <w:tc>
          <w:tcPr>
            <w:tcW w:w="4786" w:type="dxa"/>
          </w:tcPr>
          <w:p w14:paraId="538F4C41" w14:textId="77777777" w:rsidR="00E720FA" w:rsidRDefault="00E720FA" w:rsidP="00E720FA">
            <w:pPr>
              <w:spacing w:after="120" w:line="240" w:lineRule="auto"/>
              <w:rPr>
                <w:lang w:val="vi-VN"/>
              </w:rPr>
            </w:pPr>
          </w:p>
          <w:p w14:paraId="77A80308" w14:textId="77777777" w:rsidR="00E720FA" w:rsidRDefault="00E720FA" w:rsidP="00FF4731">
            <w:pPr>
              <w:spacing w:after="120" w:line="240" w:lineRule="auto"/>
              <w:jc w:val="center"/>
              <w:rPr>
                <w:b/>
                <w:bCs/>
                <w:lang w:val="vi-VN"/>
              </w:rPr>
            </w:pPr>
            <w:r w:rsidRPr="00FF4731">
              <w:rPr>
                <w:b/>
                <w:bCs/>
              </w:rPr>
              <w:t>K</w:t>
            </w:r>
            <w:r w:rsidRPr="00FF4731">
              <w:rPr>
                <w:b/>
                <w:bCs/>
              </w:rPr>
              <w:t>HOA</w:t>
            </w:r>
            <w:r w:rsidRPr="00FF4731">
              <w:rPr>
                <w:b/>
                <w:bCs/>
              </w:rPr>
              <w:t xml:space="preserve"> </w:t>
            </w:r>
            <w:r w:rsidRPr="00FF4731">
              <w:rPr>
                <w:b/>
                <w:bCs/>
              </w:rPr>
              <w:t>GIÁO</w:t>
            </w:r>
            <w:r w:rsidRPr="00FF4731">
              <w:rPr>
                <w:b/>
                <w:bCs/>
                <w:lang w:val="vi-VN"/>
              </w:rPr>
              <w:t xml:space="preserve"> DỤC ĐẠI CƯƠNG</w:t>
            </w:r>
          </w:p>
          <w:p w14:paraId="42B69F79" w14:textId="77777777" w:rsidR="00FF4731" w:rsidRPr="00FF4731" w:rsidRDefault="00FF4731" w:rsidP="00FF4731"/>
          <w:p w14:paraId="61A8A9FB" w14:textId="77777777" w:rsidR="00FF4731" w:rsidRPr="00FF4731" w:rsidRDefault="00FF4731" w:rsidP="00FF4731"/>
          <w:p w14:paraId="477D32F7" w14:textId="77777777" w:rsidR="00FF4731" w:rsidRDefault="00FF4731" w:rsidP="00FF4731">
            <w:pPr>
              <w:rPr>
                <w:b/>
                <w:bCs/>
                <w:lang w:val="vi-VN"/>
              </w:rPr>
            </w:pPr>
          </w:p>
          <w:p w14:paraId="4277A45D" w14:textId="77777777" w:rsidR="00FF4731" w:rsidRDefault="00FF4731" w:rsidP="00FF4731">
            <w:pPr>
              <w:jc w:val="right"/>
              <w:rPr>
                <w:lang w:val="vi-VN"/>
              </w:rPr>
            </w:pPr>
          </w:p>
          <w:p w14:paraId="2A64CC97" w14:textId="56734590" w:rsidR="00FF4731" w:rsidRPr="00FF4731" w:rsidRDefault="00FF4731" w:rsidP="00FF4731">
            <w:pPr>
              <w:jc w:val="right"/>
              <w:rPr>
                <w:lang w:val="vi-VN"/>
              </w:rPr>
            </w:pPr>
          </w:p>
        </w:tc>
        <w:tc>
          <w:tcPr>
            <w:tcW w:w="4820" w:type="dxa"/>
          </w:tcPr>
          <w:p w14:paraId="4D57D932" w14:textId="493C21A4" w:rsidR="00FF4731" w:rsidRDefault="00E720FA" w:rsidP="00D3010E">
            <w:pPr>
              <w:spacing w:after="120" w:line="240" w:lineRule="auto"/>
              <w:jc w:val="center"/>
              <w:rPr>
                <w:lang w:val="vi-VN"/>
              </w:rPr>
            </w:pPr>
            <w:r>
              <w:rPr>
                <w:i/>
              </w:rPr>
              <w:t xml:space="preserve"> </w:t>
            </w:r>
            <w:proofErr w:type="spellStart"/>
            <w:r w:rsidR="00FF4731">
              <w:rPr>
                <w:i/>
              </w:rPr>
              <w:t>Ngày</w:t>
            </w:r>
            <w:proofErr w:type="spellEnd"/>
            <w:r w:rsidR="00FF4731">
              <w:rPr>
                <w:i/>
                <w:lang w:val="vi-VN"/>
              </w:rPr>
              <w:t xml:space="preserve"> </w:t>
            </w:r>
            <w:r w:rsidR="00FF4731">
              <w:rPr>
                <w:i/>
              </w:rPr>
              <w:t>03</w:t>
            </w:r>
            <w:r w:rsidR="00FF4731">
              <w:rPr>
                <w:i/>
                <w:lang w:val="vi-VN"/>
              </w:rPr>
              <w:t xml:space="preserve"> </w:t>
            </w:r>
            <w:proofErr w:type="spellStart"/>
            <w:r>
              <w:rPr>
                <w:i/>
              </w:rPr>
              <w:t>tháng</w:t>
            </w:r>
            <w:proofErr w:type="spellEnd"/>
            <w:r>
              <w:rPr>
                <w:i/>
              </w:rPr>
              <w:t xml:space="preserve"> </w:t>
            </w:r>
            <w:r w:rsidR="00FF4731">
              <w:rPr>
                <w:i/>
              </w:rPr>
              <w:t>9</w:t>
            </w:r>
            <w:r>
              <w:rPr>
                <w:i/>
              </w:rPr>
              <w:t xml:space="preserve"> </w:t>
            </w:r>
            <w:proofErr w:type="spellStart"/>
            <w:r>
              <w:rPr>
                <w:i/>
              </w:rPr>
              <w:t>năm</w:t>
            </w:r>
            <w:proofErr w:type="spellEnd"/>
            <w:r>
              <w:rPr>
                <w:i/>
              </w:rPr>
              <w:t xml:space="preserve"> 2026</w:t>
            </w:r>
            <w:r>
              <w:rPr>
                <w:i/>
              </w:rPr>
              <w:br/>
            </w:r>
            <w:r w:rsidRPr="00FF4731">
              <w:rPr>
                <w:b/>
              </w:rPr>
              <w:t>NGƯỜI LÀM TỜ TRÌNH</w:t>
            </w:r>
            <w:r>
              <w:rPr>
                <w:b/>
              </w:rPr>
              <w:br/>
            </w:r>
            <w:r>
              <w:t>(</w:t>
            </w:r>
            <w:proofErr w:type="spellStart"/>
            <w:r>
              <w:t>Ký</w:t>
            </w:r>
            <w:proofErr w:type="spellEnd"/>
            <w:r>
              <w:t xml:space="preserve"> </w:t>
            </w:r>
            <w:proofErr w:type="spellStart"/>
            <w:r>
              <w:t>và</w:t>
            </w:r>
            <w:proofErr w:type="spellEnd"/>
            <w:r>
              <w:t xml:space="preserve"> </w:t>
            </w:r>
            <w:proofErr w:type="spellStart"/>
            <w:r>
              <w:t>ghi</w:t>
            </w:r>
            <w:proofErr w:type="spellEnd"/>
            <w:r>
              <w:t xml:space="preserve"> </w:t>
            </w:r>
            <w:proofErr w:type="spellStart"/>
            <w:r>
              <w:t>rõ</w:t>
            </w:r>
            <w:proofErr w:type="spellEnd"/>
            <w:r>
              <w:t xml:space="preserve"> </w:t>
            </w:r>
            <w:proofErr w:type="spellStart"/>
            <w:r>
              <w:t>họ</w:t>
            </w:r>
            <w:proofErr w:type="spellEnd"/>
            <w:r>
              <w:t xml:space="preserve"> </w:t>
            </w:r>
            <w:proofErr w:type="spellStart"/>
            <w:r>
              <w:t>tên</w:t>
            </w:r>
            <w:proofErr w:type="spellEnd"/>
            <w:r>
              <w:t>)</w:t>
            </w:r>
            <w:r>
              <w:br/>
            </w:r>
            <w:r>
              <w:br/>
            </w:r>
          </w:p>
          <w:p w14:paraId="0CA6B7D1" w14:textId="77777777" w:rsidR="00D3010E" w:rsidRDefault="00D3010E" w:rsidP="00D3010E">
            <w:pPr>
              <w:spacing w:after="120" w:line="240" w:lineRule="auto"/>
              <w:jc w:val="center"/>
              <w:rPr>
                <w:lang w:val="vi-VN"/>
              </w:rPr>
            </w:pPr>
          </w:p>
          <w:p w14:paraId="129BE147" w14:textId="77777777" w:rsidR="00D3010E" w:rsidRDefault="00D3010E" w:rsidP="00D3010E">
            <w:pPr>
              <w:spacing w:after="120" w:line="240" w:lineRule="auto"/>
              <w:jc w:val="center"/>
              <w:rPr>
                <w:lang w:val="vi-VN"/>
              </w:rPr>
            </w:pPr>
          </w:p>
          <w:p w14:paraId="0BD62D63" w14:textId="6CE6B59F" w:rsidR="00E720FA" w:rsidRPr="00FF4731" w:rsidRDefault="00E720FA" w:rsidP="00FF4731">
            <w:pPr>
              <w:spacing w:after="120" w:line="240" w:lineRule="auto"/>
              <w:jc w:val="center"/>
              <w:rPr>
                <w:i/>
                <w:lang w:val="vi-VN"/>
              </w:rPr>
            </w:pPr>
            <w:r>
              <w:br/>
            </w:r>
            <w:r>
              <w:br/>
            </w:r>
            <w:r w:rsidR="00FF4731" w:rsidRPr="00FF4731">
              <w:rPr>
                <w:b/>
                <w:bCs/>
                <w:i/>
                <w:iCs/>
              </w:rPr>
              <w:t>Nguyễn Thị Huyền Nga</w:t>
            </w:r>
          </w:p>
        </w:tc>
      </w:tr>
      <w:tr w:rsidR="00FF4731" w14:paraId="04159A81" w14:textId="77777777" w:rsidTr="00FF4731">
        <w:trPr>
          <w:trHeight w:val="2470"/>
        </w:trPr>
        <w:tc>
          <w:tcPr>
            <w:tcW w:w="4786" w:type="dxa"/>
          </w:tcPr>
          <w:p w14:paraId="709E7FD5" w14:textId="116C13DF" w:rsidR="00FF4731" w:rsidRPr="00D3010E" w:rsidRDefault="00FF4731" w:rsidP="00FF4731">
            <w:pPr>
              <w:spacing w:after="120" w:line="240" w:lineRule="auto"/>
              <w:rPr>
                <w:b/>
                <w:bCs/>
                <w:lang w:val="vi-VN"/>
              </w:rPr>
            </w:pPr>
            <w:r w:rsidRPr="00D3010E">
              <w:rPr>
                <w:b/>
                <w:bCs/>
                <w:lang w:val="vi-VN"/>
              </w:rPr>
              <w:t>PHÒNG TỔ CHỨC -HÀNH CHÍNH</w:t>
            </w:r>
          </w:p>
          <w:p w14:paraId="53C53BBE" w14:textId="77777777" w:rsidR="00FF4731" w:rsidRDefault="00FF4731" w:rsidP="00FF4731">
            <w:pPr>
              <w:spacing w:after="120" w:line="240" w:lineRule="auto"/>
              <w:rPr>
                <w:lang w:val="vi-VN"/>
              </w:rPr>
            </w:pPr>
          </w:p>
          <w:p w14:paraId="05C68A6E" w14:textId="77777777" w:rsidR="00FF4731" w:rsidRDefault="00FF4731" w:rsidP="00FF4731">
            <w:pPr>
              <w:spacing w:after="120" w:line="240" w:lineRule="auto"/>
              <w:rPr>
                <w:lang w:val="vi-VN"/>
              </w:rPr>
            </w:pPr>
          </w:p>
          <w:p w14:paraId="5E39530E" w14:textId="77777777" w:rsidR="00FF4731" w:rsidRDefault="00FF4731" w:rsidP="00FF4731">
            <w:pPr>
              <w:spacing w:after="120" w:line="240" w:lineRule="auto"/>
              <w:rPr>
                <w:lang w:val="vi-VN"/>
              </w:rPr>
            </w:pPr>
          </w:p>
          <w:p w14:paraId="6288829F" w14:textId="77777777" w:rsidR="00FF4731" w:rsidRDefault="00FF4731" w:rsidP="00FF4731">
            <w:pPr>
              <w:spacing w:after="120" w:line="240" w:lineRule="auto"/>
              <w:rPr>
                <w:lang w:val="vi-VN"/>
              </w:rPr>
            </w:pPr>
          </w:p>
          <w:p w14:paraId="0D91A202" w14:textId="77777777" w:rsidR="00FF4731" w:rsidRDefault="00FF4731" w:rsidP="00FF4731">
            <w:pPr>
              <w:spacing w:after="120" w:line="240" w:lineRule="auto"/>
              <w:rPr>
                <w:lang w:val="vi-VN"/>
              </w:rPr>
            </w:pPr>
          </w:p>
          <w:p w14:paraId="6E2C284C" w14:textId="77777777" w:rsidR="00FF4731" w:rsidRPr="00FF4731" w:rsidRDefault="00FF4731" w:rsidP="00FF4731">
            <w:pPr>
              <w:spacing w:after="120" w:line="240" w:lineRule="auto"/>
              <w:rPr>
                <w:lang w:val="vi-VN"/>
              </w:rPr>
            </w:pPr>
          </w:p>
        </w:tc>
        <w:tc>
          <w:tcPr>
            <w:tcW w:w="4820" w:type="dxa"/>
          </w:tcPr>
          <w:p w14:paraId="2F12ECDD" w14:textId="68A4B2FB" w:rsidR="00FF4731" w:rsidRPr="00D3010E" w:rsidRDefault="00FF4731" w:rsidP="00D716D1">
            <w:pPr>
              <w:spacing w:after="120" w:line="240" w:lineRule="auto"/>
              <w:jc w:val="center"/>
              <w:rPr>
                <w:b/>
                <w:bCs/>
                <w:i/>
              </w:rPr>
            </w:pPr>
            <w:r w:rsidRPr="00D3010E">
              <w:rPr>
                <w:b/>
                <w:bCs/>
                <w:iCs/>
              </w:rPr>
              <w:t>BAN</w:t>
            </w:r>
            <w:r w:rsidRPr="00D3010E">
              <w:rPr>
                <w:b/>
                <w:bCs/>
                <w:iCs/>
                <w:lang w:val="vi-VN"/>
              </w:rPr>
              <w:t xml:space="preserve"> GIÁM HIỆU</w:t>
            </w:r>
            <w:r w:rsidRPr="00D3010E">
              <w:rPr>
                <w:b/>
                <w:bCs/>
                <w:i/>
              </w:rPr>
              <w:t xml:space="preserve"> </w:t>
            </w:r>
          </w:p>
        </w:tc>
      </w:tr>
    </w:tbl>
    <w:p w14:paraId="675C8C28" w14:textId="77777777" w:rsidR="00DB5C1D" w:rsidRDefault="00DB5C1D"/>
    <w:sectPr w:rsidR="00DB5C1D"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94028590">
    <w:abstractNumId w:val="8"/>
  </w:num>
  <w:num w:numId="2" w16cid:durableId="1698698284">
    <w:abstractNumId w:val="6"/>
  </w:num>
  <w:num w:numId="3" w16cid:durableId="1600798851">
    <w:abstractNumId w:val="5"/>
  </w:num>
  <w:num w:numId="4" w16cid:durableId="1100490069">
    <w:abstractNumId w:val="4"/>
  </w:num>
  <w:num w:numId="5" w16cid:durableId="982386806">
    <w:abstractNumId w:val="7"/>
  </w:num>
  <w:num w:numId="6" w16cid:durableId="1270626743">
    <w:abstractNumId w:val="3"/>
  </w:num>
  <w:num w:numId="7" w16cid:durableId="2092895505">
    <w:abstractNumId w:val="2"/>
  </w:num>
  <w:num w:numId="8" w16cid:durableId="631055715">
    <w:abstractNumId w:val="1"/>
  </w:num>
  <w:num w:numId="9" w16cid:durableId="1602295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D9F"/>
    <w:rsid w:val="00034616"/>
    <w:rsid w:val="0006063C"/>
    <w:rsid w:val="0015074B"/>
    <w:rsid w:val="0029639D"/>
    <w:rsid w:val="00326F90"/>
    <w:rsid w:val="00601D53"/>
    <w:rsid w:val="0083243C"/>
    <w:rsid w:val="00AA1D8D"/>
    <w:rsid w:val="00B47730"/>
    <w:rsid w:val="00CB0664"/>
    <w:rsid w:val="00D3010E"/>
    <w:rsid w:val="00DB5C1D"/>
    <w:rsid w:val="00E720FA"/>
    <w:rsid w:val="00FC693F"/>
    <w:rsid w:val="00FF47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2AC9B3"/>
  <w14:defaultImageDpi w14:val="300"/>
  <w15:docId w15:val="{A4755C3C-F31A-4E40-9D9B-CD8E2A2FE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Nguyễn Công Thiện Khôi</cp:lastModifiedBy>
  <cp:revision>2</cp:revision>
  <dcterms:created xsi:type="dcterms:W3CDTF">2013-12-23T23:15:00Z</dcterms:created>
  <dcterms:modified xsi:type="dcterms:W3CDTF">2026-09-03T07:57:00Z</dcterms:modified>
  <cp:category/>
</cp:coreProperties>
</file>